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F7EA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EK-8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33A8CAA3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Proje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Yöneticisi</w:t>
      </w:r>
      <w:proofErr w:type="spellEnd"/>
      <w:r w:rsidR="003D6570" w:rsidRPr="00334F34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Pr="00334F34">
        <w:rPr>
          <w:rFonts w:ascii="Times New Roman" w:hAnsi="Times New Roman" w:cs="Times New Roman"/>
          <w:b/>
          <w:sz w:val="20"/>
          <w:szCs w:val="20"/>
        </w:rPr>
        <w:t>2 Kat</w:t>
      </w:r>
      <w:r w:rsidR="003D6570" w:rsidRPr="00334F34">
        <w:rPr>
          <w:rFonts w:ascii="Times New Roman" w:hAnsi="Times New Roman" w:cs="Times New Roman"/>
          <w:b/>
          <w:sz w:val="20"/>
          <w:szCs w:val="20"/>
        </w:rPr>
        <w:t xml:space="preserve">) </w:t>
      </w:r>
    </w:p>
    <w:p w14:paraId="6D72A827" w14:textId="77777777" w:rsidR="003D6570" w:rsidRPr="00334F34" w:rsidRDefault="003D6570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7BFA3C7E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62A9D14F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27CFA854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6479762E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22B7B07C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710DB4D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9EF977F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0793C85E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Proje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Yöneticisi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4B7A80D6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35AD5E8B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4979FEEC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3CBA0CE3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488D3A3B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6CFFB422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28AE803A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357302" w14:textId="78C52718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>.</w:t>
      </w:r>
    </w:p>
    <w:p w14:paraId="2E44ED51" w14:textId="77777777" w:rsidR="009F7F94" w:rsidRPr="00334F34" w:rsidRDefault="009F7F9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89F44F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05"/>
        <w:gridCol w:w="3285"/>
        <w:gridCol w:w="3118"/>
        <w:gridCol w:w="3036"/>
      </w:tblGrid>
      <w:tr w:rsidR="00520646" w:rsidRPr="00334F34" w14:paraId="2A36EB9F" w14:textId="77777777" w:rsidTr="006C7543">
        <w:trPr>
          <w:trHeight w:val="566"/>
          <w:jc w:val="center"/>
        </w:trPr>
        <w:tc>
          <w:tcPr>
            <w:tcW w:w="1105" w:type="dxa"/>
            <w:shd w:val="clear" w:color="auto" w:fill="B4C6E7"/>
            <w:vAlign w:val="center"/>
          </w:tcPr>
          <w:p w14:paraId="786E59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285" w:type="dxa"/>
            <w:shd w:val="clear" w:color="auto" w:fill="B4C6E7"/>
            <w:vAlign w:val="center"/>
          </w:tcPr>
          <w:p w14:paraId="3C745AE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118" w:type="dxa"/>
            <w:shd w:val="clear" w:color="auto" w:fill="B4C6E7"/>
            <w:vAlign w:val="center"/>
          </w:tcPr>
          <w:p w14:paraId="6BB33028" w14:textId="022B85E7" w:rsidR="00520646" w:rsidRPr="00334F34" w:rsidRDefault="00520646" w:rsidP="006C75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6" w:type="dxa"/>
            <w:shd w:val="clear" w:color="auto" w:fill="B4C6E7"/>
            <w:vAlign w:val="center"/>
          </w:tcPr>
          <w:p w14:paraId="544B4F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2D607F2C" w14:textId="77777777" w:rsidTr="006C7543">
        <w:trPr>
          <w:trHeight w:val="1058"/>
          <w:jc w:val="center"/>
        </w:trPr>
        <w:tc>
          <w:tcPr>
            <w:tcW w:w="1105" w:type="dxa"/>
            <w:vAlign w:val="center"/>
          </w:tcPr>
          <w:p w14:paraId="17F9FB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</w:t>
            </w:r>
          </w:p>
        </w:tc>
        <w:tc>
          <w:tcPr>
            <w:tcW w:w="3285" w:type="dxa"/>
            <w:vAlign w:val="center"/>
          </w:tcPr>
          <w:p w14:paraId="6C275F9E" w14:textId="4BE6263E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Bilgi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işlem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projelerde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yönetiminde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sahibi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olmak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3D8C2D2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45AD1BA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369A7CC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69FB8F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1.2.8/2</w:t>
            </w:r>
          </w:p>
        </w:tc>
        <w:tc>
          <w:tcPr>
            <w:tcW w:w="3285" w:type="dxa"/>
            <w:vAlign w:val="center"/>
          </w:tcPr>
          <w:p w14:paraId="72C2DD3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Proje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planlama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yürütme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izleme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38AEA3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1EB35D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893A3F4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3757363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1.2.8/3</w:t>
            </w:r>
          </w:p>
        </w:tc>
        <w:tc>
          <w:tcPr>
            <w:tcW w:w="3285" w:type="dxa"/>
            <w:vAlign w:val="center"/>
          </w:tcPr>
          <w:p w14:paraId="27C6E40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Proje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planı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zaman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çizelgesi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WBS.</w:t>
            </w:r>
          </w:p>
        </w:tc>
        <w:tc>
          <w:tcPr>
            <w:tcW w:w="3118" w:type="dxa"/>
            <w:vAlign w:val="center"/>
          </w:tcPr>
          <w:p w14:paraId="1426751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22662A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035B2C7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6305B66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1.2.8/4</w:t>
            </w:r>
          </w:p>
        </w:tc>
        <w:tc>
          <w:tcPr>
            <w:tcW w:w="3285" w:type="dxa"/>
            <w:vAlign w:val="center"/>
          </w:tcPr>
          <w:p w14:paraId="6D32B94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CPM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zaman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4DFA8C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1FFDE39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0C1B4BD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7718285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1.2.8/5</w:t>
            </w:r>
          </w:p>
        </w:tc>
        <w:tc>
          <w:tcPr>
            <w:tcW w:w="3285" w:type="dxa"/>
            <w:vAlign w:val="center"/>
          </w:tcPr>
          <w:p w14:paraId="74D0D70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Bütçe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maliyet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0AD68C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63D6EE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60C89B1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323F9AC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1.2.8/6</w:t>
            </w:r>
          </w:p>
        </w:tc>
        <w:tc>
          <w:tcPr>
            <w:tcW w:w="3285" w:type="dxa"/>
            <w:vAlign w:val="center"/>
          </w:tcPr>
          <w:p w14:paraId="4D211E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Kaynak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planlama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optimizasyon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0A9A2C6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57A5F9E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061729D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2A0AF9E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1.2.8/7</w:t>
            </w:r>
          </w:p>
        </w:tc>
        <w:tc>
          <w:tcPr>
            <w:tcW w:w="3285" w:type="dxa"/>
            <w:vAlign w:val="center"/>
          </w:tcPr>
          <w:p w14:paraId="0222126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MS Project, Primavera, Jira, Trello vb.</w:t>
            </w:r>
          </w:p>
        </w:tc>
        <w:tc>
          <w:tcPr>
            <w:tcW w:w="3118" w:type="dxa"/>
            <w:vAlign w:val="center"/>
          </w:tcPr>
          <w:p w14:paraId="70279F3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3B1450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F674E3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2576CC1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1.2.8/8</w:t>
            </w:r>
          </w:p>
        </w:tc>
        <w:tc>
          <w:tcPr>
            <w:tcW w:w="3285" w:type="dxa"/>
            <w:vAlign w:val="center"/>
          </w:tcPr>
          <w:p w14:paraId="597FC2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PMBOK, Agile, Scrum vb.</w:t>
            </w:r>
          </w:p>
        </w:tc>
        <w:tc>
          <w:tcPr>
            <w:tcW w:w="3118" w:type="dxa"/>
            <w:vAlign w:val="center"/>
          </w:tcPr>
          <w:p w14:paraId="1567D50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4B6335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B9FDAE0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70EEDA9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1.2.8/9</w:t>
            </w:r>
          </w:p>
        </w:tc>
        <w:tc>
          <w:tcPr>
            <w:tcW w:w="3285" w:type="dxa"/>
            <w:vAlign w:val="center"/>
          </w:tcPr>
          <w:p w14:paraId="1644C0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İlerleme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durum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raporları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669BB81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7EF12B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8F90893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6E9CAFD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1.2.8/10</w:t>
            </w:r>
          </w:p>
        </w:tc>
        <w:tc>
          <w:tcPr>
            <w:tcW w:w="3285" w:type="dxa"/>
            <w:vAlign w:val="center"/>
          </w:tcPr>
          <w:p w14:paraId="0C13D8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KPI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belirleme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izleme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raporlama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706396E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37A128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7F71984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54CAA43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1.2.8/11</w:t>
            </w:r>
          </w:p>
        </w:tc>
        <w:tc>
          <w:tcPr>
            <w:tcW w:w="3285" w:type="dxa"/>
            <w:vAlign w:val="center"/>
          </w:tcPr>
          <w:p w14:paraId="7D0B211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Planların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uygulanabilirliğini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2F00FE9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5432D5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7101E61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2D9A933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1.2.8/12</w:t>
            </w:r>
          </w:p>
        </w:tc>
        <w:tc>
          <w:tcPr>
            <w:tcW w:w="3285" w:type="dxa"/>
            <w:vAlign w:val="center"/>
          </w:tcPr>
          <w:p w14:paraId="1E0DF8D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Risk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belirleme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risk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1910773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27B9954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04FE24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306A48B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1.2.8/13</w:t>
            </w:r>
          </w:p>
        </w:tc>
        <w:tc>
          <w:tcPr>
            <w:tcW w:w="3285" w:type="dxa"/>
            <w:vAlign w:val="center"/>
          </w:tcPr>
          <w:p w14:paraId="7873F69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Değişiklik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13C7A02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6C56B7F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B7328D6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41966A2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1.2.8/14</w:t>
            </w:r>
          </w:p>
        </w:tc>
        <w:tc>
          <w:tcPr>
            <w:tcW w:w="3285" w:type="dxa"/>
            <w:vAlign w:val="center"/>
          </w:tcPr>
          <w:p w14:paraId="4273CB3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Paydaş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iletişimi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koordinasyon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6F47BD6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2E3A93C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544D0FA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7BF265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1.2.8/15</w:t>
            </w:r>
          </w:p>
        </w:tc>
        <w:tc>
          <w:tcPr>
            <w:tcW w:w="3285" w:type="dxa"/>
            <w:vAlign w:val="center"/>
          </w:tcPr>
          <w:p w14:paraId="1D3DC45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Toplantı,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aksiyon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65A205C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13C3E09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6F4F737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0C11C5B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1.2.8/16</w:t>
            </w:r>
          </w:p>
        </w:tc>
        <w:tc>
          <w:tcPr>
            <w:tcW w:w="3285" w:type="dxa"/>
            <w:vAlign w:val="center"/>
          </w:tcPr>
          <w:p w14:paraId="20D9B3A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İş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gereksinim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toplama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5ACCCD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7E04DD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FF93B65" w14:textId="77777777" w:rsidTr="006C7543">
        <w:trPr>
          <w:trHeight w:val="529"/>
          <w:jc w:val="center"/>
        </w:trPr>
        <w:tc>
          <w:tcPr>
            <w:tcW w:w="1105" w:type="dxa"/>
            <w:vAlign w:val="center"/>
          </w:tcPr>
          <w:p w14:paraId="2EBCF1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1.2.8/17</w:t>
            </w:r>
          </w:p>
        </w:tc>
        <w:tc>
          <w:tcPr>
            <w:tcW w:w="3285" w:type="dxa"/>
            <w:vAlign w:val="center"/>
          </w:tcPr>
          <w:p w14:paraId="2176FFF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Planlama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organizasyon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koordinasyon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14:paraId="6D478F6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vAlign w:val="center"/>
          </w:tcPr>
          <w:p w14:paraId="6D567F3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688C93" w14:textId="7EDF7566" w:rsidR="00C56E0D" w:rsidRDefault="00C56E0D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DA7C84F" w14:textId="77777777" w:rsidR="00C56E0D" w:rsidRDefault="00C56E0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29034E4C" w14:textId="77777777" w:rsidR="003D6570" w:rsidRPr="00334F34" w:rsidRDefault="003D6570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0E5B90C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91"/>
        <w:gridCol w:w="3839"/>
        <w:gridCol w:w="3858"/>
        <w:gridCol w:w="2059"/>
      </w:tblGrid>
      <w:tr w:rsidR="00520646" w:rsidRPr="00334F34" w14:paraId="48B0DACD" w14:textId="77777777" w:rsidTr="00913CC5">
        <w:trPr>
          <w:trHeight w:val="670"/>
          <w:jc w:val="center"/>
        </w:trPr>
        <w:tc>
          <w:tcPr>
            <w:tcW w:w="991" w:type="dxa"/>
            <w:shd w:val="clear" w:color="auto" w:fill="B4C6E7"/>
            <w:vAlign w:val="center"/>
          </w:tcPr>
          <w:p w14:paraId="57F8CC7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839" w:type="dxa"/>
            <w:shd w:val="clear" w:color="auto" w:fill="B4C6E7"/>
            <w:vAlign w:val="center"/>
          </w:tcPr>
          <w:p w14:paraId="7EC7BEA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858" w:type="dxa"/>
            <w:shd w:val="clear" w:color="auto" w:fill="B4C6E7"/>
            <w:vAlign w:val="center"/>
          </w:tcPr>
          <w:p w14:paraId="4FEAD27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059" w:type="dxa"/>
            <w:shd w:val="clear" w:color="auto" w:fill="B4C6E7"/>
            <w:vAlign w:val="center"/>
          </w:tcPr>
          <w:p w14:paraId="7E98A3A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5C22C787" w14:textId="77777777" w:rsidTr="00913CC5">
        <w:trPr>
          <w:trHeight w:val="639"/>
          <w:jc w:val="center"/>
        </w:trPr>
        <w:tc>
          <w:tcPr>
            <w:tcW w:w="991" w:type="dxa"/>
            <w:vAlign w:val="center"/>
          </w:tcPr>
          <w:p w14:paraId="43C6C18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1.2.8/T1</w:t>
            </w:r>
          </w:p>
        </w:tc>
        <w:tc>
          <w:tcPr>
            <w:tcW w:w="3839" w:type="dxa"/>
            <w:vAlign w:val="center"/>
          </w:tcPr>
          <w:p w14:paraId="3AFBA78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PMP, PRINCE2, PMI-ACP, Scrum Master vb.</w:t>
            </w:r>
          </w:p>
        </w:tc>
        <w:tc>
          <w:tcPr>
            <w:tcW w:w="3858" w:type="dxa"/>
            <w:vAlign w:val="center"/>
          </w:tcPr>
          <w:p w14:paraId="635671B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Align w:val="center"/>
          </w:tcPr>
          <w:p w14:paraId="0655F9A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1C222D" w14:textId="77777777" w:rsidTr="00913CC5">
        <w:trPr>
          <w:trHeight w:val="319"/>
          <w:jc w:val="center"/>
        </w:trPr>
        <w:tc>
          <w:tcPr>
            <w:tcW w:w="991" w:type="dxa"/>
            <w:vAlign w:val="center"/>
          </w:tcPr>
          <w:p w14:paraId="3D4D6E5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1.2.8/T2</w:t>
            </w:r>
          </w:p>
        </w:tc>
        <w:tc>
          <w:tcPr>
            <w:tcW w:w="3839" w:type="dxa"/>
            <w:vAlign w:val="center"/>
          </w:tcPr>
          <w:p w14:paraId="5E8EF9D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ölçekli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58" w:type="dxa"/>
            <w:vAlign w:val="center"/>
          </w:tcPr>
          <w:p w14:paraId="2E1284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Align w:val="center"/>
          </w:tcPr>
          <w:p w14:paraId="1767222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DF7E365" w14:textId="77777777" w:rsidTr="00913CC5">
        <w:trPr>
          <w:trHeight w:val="319"/>
          <w:jc w:val="center"/>
        </w:trPr>
        <w:tc>
          <w:tcPr>
            <w:tcW w:w="991" w:type="dxa"/>
            <w:vAlign w:val="center"/>
          </w:tcPr>
          <w:p w14:paraId="3957E32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1.2.8/T3</w:t>
            </w:r>
          </w:p>
        </w:tc>
        <w:tc>
          <w:tcPr>
            <w:tcW w:w="3839" w:type="dxa"/>
            <w:vAlign w:val="center"/>
          </w:tcPr>
          <w:p w14:paraId="7BB127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Agile/Scrum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58" w:type="dxa"/>
            <w:vAlign w:val="center"/>
          </w:tcPr>
          <w:p w14:paraId="5636008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Align w:val="center"/>
          </w:tcPr>
          <w:p w14:paraId="70BF7DC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1A0E61A" w14:textId="77777777" w:rsidTr="00913CC5">
        <w:trPr>
          <w:trHeight w:val="639"/>
          <w:jc w:val="center"/>
        </w:trPr>
        <w:tc>
          <w:tcPr>
            <w:tcW w:w="991" w:type="dxa"/>
            <w:vAlign w:val="center"/>
          </w:tcPr>
          <w:p w14:paraId="29DB8F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1.2.8/T4</w:t>
            </w:r>
          </w:p>
        </w:tc>
        <w:tc>
          <w:tcPr>
            <w:tcW w:w="3839" w:type="dxa"/>
            <w:vAlign w:val="center"/>
          </w:tcPr>
          <w:p w14:paraId="6724C98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Uçtan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uca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aktif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rolü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58" w:type="dxa"/>
            <w:vAlign w:val="center"/>
          </w:tcPr>
          <w:p w14:paraId="0954116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Align w:val="center"/>
          </w:tcPr>
          <w:p w14:paraId="792CF36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A84D83" w14:textId="77777777" w:rsidR="003D6570" w:rsidRDefault="003D6570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7B25ACE" w14:textId="77777777" w:rsidR="00453730" w:rsidRPr="00A52A26" w:rsidRDefault="00453730" w:rsidP="0045373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C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453730" w:rsidRPr="00464261" w14:paraId="62471229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25DDD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7B6A3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64C67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DE64F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924D7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ve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Sorumluluk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Özeti</w:t>
            </w:r>
            <w:proofErr w:type="spellEnd"/>
          </w:p>
        </w:tc>
      </w:tr>
      <w:tr w:rsidR="00D1269E" w:rsidRPr="00464261" w14:paraId="3D986EE6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957E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10C4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EAC5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70EA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A9A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1269E" w:rsidRPr="00464261" w14:paraId="48FE6904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20A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9D3C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E176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3D77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D0A6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1269E" w:rsidRPr="00464261" w14:paraId="07CD7A59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1474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EB5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B40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4FD0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800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261F37E5" w14:textId="77777777" w:rsidR="003454C9" w:rsidRDefault="003454C9" w:rsidP="00453730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770ECFD7" w14:textId="711DFA7B" w:rsidR="00453730" w:rsidRPr="00A52A26" w:rsidRDefault="00453730" w:rsidP="0045373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D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453730" w:rsidRPr="00464261" w14:paraId="3D03E8EB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5FC6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EDB5E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24D9C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836CF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B7492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D1269E" w:rsidRPr="00464261" w14:paraId="521EFE94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4F1C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AFA6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6246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F1A4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1517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1269E" w:rsidRPr="00464261" w14:paraId="2AB5388D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7C2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0A3C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A70B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2598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E79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1269E" w:rsidRPr="00464261" w14:paraId="24AD21BE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D5ED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A708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D81C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B430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85C2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1269E" w:rsidRPr="00464261" w14:paraId="61E264F9" w14:textId="77777777" w:rsidTr="003454C9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6A03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B00F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076A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50C9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22B6" w14:textId="77777777" w:rsidR="00D1269E" w:rsidRPr="00A52A26" w:rsidRDefault="00D1269E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7EA45318" w14:textId="77777777" w:rsidR="003454C9" w:rsidRDefault="003454C9" w:rsidP="00453730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1A550CE6" w14:textId="16B025BC" w:rsidR="00453730" w:rsidRPr="00A52A26" w:rsidRDefault="00453730" w:rsidP="0045373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ADAY BEYANI</w:t>
      </w:r>
    </w:p>
    <w:p w14:paraId="4BDCA620" w14:textId="77777777" w:rsidR="00453730" w:rsidRDefault="00453730" w:rsidP="0045373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Yukarıda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vermiş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bilgilerin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doğru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uygun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olduğunu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ettiğim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deneyimleri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istenildiğinde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belgeleyebileceğimi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aykırı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bulunduğumun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tespiti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halinde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başvuru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sınav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sonucuna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ilişkin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haklarımın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ilgili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mevzuat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hükümleri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çerçevesinde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değerlendirileceğini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kabul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ederim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.</w:t>
      </w:r>
    </w:p>
    <w:p w14:paraId="6ADDF9E8" w14:textId="77777777" w:rsidR="00E53EDA" w:rsidRPr="00A52A26" w:rsidRDefault="00E53EDA" w:rsidP="0045373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453730" w:rsidRPr="00464261" w14:paraId="2D6FE65D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922C7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822E8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453730" w:rsidRPr="00464261" w14:paraId="1B1C0C27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54D96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E3820" w14:textId="77777777" w:rsidR="00453730" w:rsidRPr="00A52A26" w:rsidRDefault="00453730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1E0AF68F" w14:textId="77777777" w:rsidR="00453730" w:rsidRPr="00334F34" w:rsidRDefault="00453730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453730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EF03E" w14:textId="77777777" w:rsidR="00C518E6" w:rsidRDefault="00C518E6">
      <w:pPr>
        <w:spacing w:after="0" w:line="240" w:lineRule="auto"/>
      </w:pPr>
      <w:r>
        <w:separator/>
      </w:r>
    </w:p>
  </w:endnote>
  <w:endnote w:type="continuationSeparator" w:id="0">
    <w:p w14:paraId="311EFFDB" w14:textId="77777777" w:rsidR="00C518E6" w:rsidRDefault="00C5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B03A" w14:textId="77777777" w:rsidR="00C518E6" w:rsidRDefault="00C518E6">
      <w:pPr>
        <w:spacing w:after="0" w:line="240" w:lineRule="auto"/>
      </w:pPr>
      <w:r>
        <w:separator/>
      </w:r>
    </w:p>
  </w:footnote>
  <w:footnote w:type="continuationSeparator" w:id="0">
    <w:p w14:paraId="04C3042E" w14:textId="77777777" w:rsidR="00C518E6" w:rsidRDefault="00C5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9731D"/>
    <w:rsid w:val="005A6248"/>
    <w:rsid w:val="005A70E5"/>
    <w:rsid w:val="005E74D5"/>
    <w:rsid w:val="006A15D2"/>
    <w:rsid w:val="006B2422"/>
    <w:rsid w:val="006C7543"/>
    <w:rsid w:val="006D132D"/>
    <w:rsid w:val="006F1A2D"/>
    <w:rsid w:val="0070469F"/>
    <w:rsid w:val="007160D1"/>
    <w:rsid w:val="00734F6C"/>
    <w:rsid w:val="007A3E79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82F20"/>
    <w:rsid w:val="00AA1D8D"/>
    <w:rsid w:val="00AD7D5E"/>
    <w:rsid w:val="00B35842"/>
    <w:rsid w:val="00B47730"/>
    <w:rsid w:val="00BC5E1C"/>
    <w:rsid w:val="00C15E9A"/>
    <w:rsid w:val="00C518E6"/>
    <w:rsid w:val="00C56E0D"/>
    <w:rsid w:val="00CA315A"/>
    <w:rsid w:val="00CB0664"/>
    <w:rsid w:val="00D1269E"/>
    <w:rsid w:val="00D949BF"/>
    <w:rsid w:val="00E53EDA"/>
    <w:rsid w:val="00E671B9"/>
    <w:rsid w:val="00E82CE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2</cp:revision>
  <dcterms:created xsi:type="dcterms:W3CDTF">2026-10-16T09:43:00Z</dcterms:created>
  <dcterms:modified xsi:type="dcterms:W3CDTF">2026-10-16T09:43:00Z</dcterms:modified>
  <cp:category/>
</cp:coreProperties>
</file>