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8B4E6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 xml:space="preserve">EK-7 —TEKNİK ÖZGEÇMİŞ VE </w:t>
      </w:r>
      <w:r w:rsidR="006F1A2D">
        <w:rPr>
          <w:rFonts w:ascii="Times New Roman" w:hAnsi="Times New Roman" w:cs="Times New Roman"/>
          <w:b/>
          <w:sz w:val="20"/>
          <w:szCs w:val="20"/>
        </w:rPr>
        <w:t>DEĞERLENDİRME</w:t>
      </w:r>
      <w:r w:rsidR="006F1A2D"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34F34">
        <w:rPr>
          <w:rFonts w:ascii="Times New Roman" w:hAnsi="Times New Roman" w:cs="Times New Roman"/>
          <w:b/>
          <w:sz w:val="20"/>
          <w:szCs w:val="20"/>
        </w:rPr>
        <w:t>FORMU</w:t>
      </w:r>
    </w:p>
    <w:p w14:paraId="0C50D05F" w14:textId="77777777" w:rsidR="00876055" w:rsidRPr="00334F34" w:rsidRDefault="00983634" w:rsidP="009F2C8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Yazılım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b/>
          <w:sz w:val="20"/>
          <w:szCs w:val="20"/>
        </w:rPr>
        <w:t>Uzmanı</w:t>
      </w:r>
      <w:proofErr w:type="spellEnd"/>
      <w:r w:rsidRPr="00334F3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D6570" w:rsidRPr="00334F34">
        <w:rPr>
          <w:rFonts w:ascii="Times New Roman" w:hAnsi="Times New Roman" w:cs="Times New Roman"/>
          <w:b/>
          <w:sz w:val="20"/>
          <w:szCs w:val="20"/>
        </w:rPr>
        <w:t>(</w:t>
      </w:r>
      <w:r w:rsidRPr="00334F34">
        <w:rPr>
          <w:rFonts w:ascii="Times New Roman" w:hAnsi="Times New Roman" w:cs="Times New Roman"/>
          <w:b/>
          <w:sz w:val="20"/>
          <w:szCs w:val="20"/>
        </w:rPr>
        <w:t>2 Kat</w:t>
      </w:r>
      <w:r w:rsidR="003D6570" w:rsidRPr="00334F34">
        <w:rPr>
          <w:rFonts w:ascii="Times New Roman" w:hAnsi="Times New Roman" w:cs="Times New Roman"/>
          <w:b/>
          <w:sz w:val="20"/>
          <w:szCs w:val="20"/>
        </w:rPr>
        <w:t>)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97"/>
        <w:gridCol w:w="2698"/>
        <w:gridCol w:w="2698"/>
        <w:gridCol w:w="2697"/>
      </w:tblGrid>
      <w:tr w:rsidR="00876055" w:rsidRPr="00334F34" w14:paraId="4F61DD24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135686E2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2700" w:type="dxa"/>
            <w:vAlign w:val="center"/>
          </w:tcPr>
          <w:p w14:paraId="798152AE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714DE175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T.C.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Kimlik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700" w:type="dxa"/>
            <w:vAlign w:val="center"/>
          </w:tcPr>
          <w:p w14:paraId="53CF3645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62B6F3E6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786D9361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Başvurulan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Pozisyon</w:t>
            </w:r>
            <w:proofErr w:type="spellEnd"/>
          </w:p>
        </w:tc>
        <w:tc>
          <w:tcPr>
            <w:tcW w:w="2700" w:type="dxa"/>
            <w:vAlign w:val="center"/>
          </w:tcPr>
          <w:p w14:paraId="1EBBE042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Yazılım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Uzmanı</w:t>
            </w:r>
            <w:proofErr w:type="spellEnd"/>
          </w:p>
        </w:tc>
        <w:tc>
          <w:tcPr>
            <w:tcW w:w="2700" w:type="dxa"/>
            <w:shd w:val="clear" w:color="auto" w:fill="D9E1F2"/>
            <w:vAlign w:val="center"/>
          </w:tcPr>
          <w:p w14:paraId="28970CBC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Başvuru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700" w:type="dxa"/>
            <w:vAlign w:val="center"/>
          </w:tcPr>
          <w:p w14:paraId="45D04A15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055" w:rsidRPr="00334F34" w14:paraId="58131C15" w14:textId="77777777">
        <w:trPr>
          <w:jc w:val="center"/>
        </w:trPr>
        <w:tc>
          <w:tcPr>
            <w:tcW w:w="2700" w:type="dxa"/>
            <w:shd w:val="clear" w:color="auto" w:fill="D9E1F2"/>
            <w:vAlign w:val="center"/>
          </w:tcPr>
          <w:p w14:paraId="1FB7AA74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Telefon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E-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posta</w:t>
            </w:r>
            <w:proofErr w:type="spellEnd"/>
          </w:p>
        </w:tc>
        <w:tc>
          <w:tcPr>
            <w:tcW w:w="2700" w:type="dxa"/>
            <w:vAlign w:val="center"/>
          </w:tcPr>
          <w:p w14:paraId="6412ED32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D9E1F2"/>
            <w:vAlign w:val="center"/>
          </w:tcPr>
          <w:p w14:paraId="452274D3" w14:textId="77777777" w:rsidR="00876055" w:rsidRPr="00334F34" w:rsidRDefault="00983634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</w:p>
        </w:tc>
        <w:tc>
          <w:tcPr>
            <w:tcW w:w="2700" w:type="dxa"/>
            <w:vAlign w:val="center"/>
          </w:tcPr>
          <w:p w14:paraId="55E89E70" w14:textId="77777777" w:rsidR="00876055" w:rsidRPr="00334F34" w:rsidRDefault="00876055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2932F5" w14:textId="6BB731D9" w:rsidR="00876055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Aday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, her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maddeyi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cevaplamalıdır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İlgili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husus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bulunmuyorsa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“YOK”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yazılacaktır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Mesleki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tecrübe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şartı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ayrıca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başvuru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belgeleri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ile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34F34">
        <w:rPr>
          <w:rFonts w:ascii="Times New Roman" w:hAnsi="Times New Roman" w:cs="Times New Roman"/>
          <w:sz w:val="20"/>
          <w:szCs w:val="20"/>
        </w:rPr>
        <w:t>belgelendirilecektir</w:t>
      </w:r>
      <w:proofErr w:type="spellEnd"/>
      <w:r w:rsidRPr="00334F34">
        <w:rPr>
          <w:rFonts w:ascii="Times New Roman" w:hAnsi="Times New Roman" w:cs="Times New Roman"/>
          <w:sz w:val="20"/>
          <w:szCs w:val="20"/>
        </w:rPr>
        <w:t>.</w:t>
      </w:r>
    </w:p>
    <w:p w14:paraId="4C9BCD4C" w14:textId="77777777" w:rsidR="009F7F94" w:rsidRPr="00334F34" w:rsidRDefault="009F7F9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794DF54" w14:textId="77777777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t>A. ZORUNLU ŞARTLAR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872"/>
        <w:gridCol w:w="3801"/>
        <w:gridCol w:w="3402"/>
        <w:gridCol w:w="2486"/>
      </w:tblGrid>
      <w:tr w:rsidR="00520646" w:rsidRPr="00334F34" w14:paraId="22C68260" w14:textId="77777777" w:rsidTr="00E671B9">
        <w:trPr>
          <w:trHeight w:val="804"/>
          <w:jc w:val="center"/>
        </w:trPr>
        <w:tc>
          <w:tcPr>
            <w:tcW w:w="872" w:type="dxa"/>
            <w:shd w:val="clear" w:color="auto" w:fill="B4C6E7"/>
            <w:vAlign w:val="center"/>
          </w:tcPr>
          <w:p w14:paraId="2548A35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3801" w:type="dxa"/>
            <w:shd w:val="clear" w:color="auto" w:fill="B4C6E7"/>
            <w:vAlign w:val="center"/>
          </w:tcPr>
          <w:p w14:paraId="6EADE90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3402" w:type="dxa"/>
            <w:shd w:val="clear" w:color="auto" w:fill="B4C6E7"/>
            <w:vAlign w:val="center"/>
          </w:tcPr>
          <w:p w14:paraId="2FC68031" w14:textId="7BFE5DE8" w:rsidR="00520646" w:rsidRPr="00334F34" w:rsidRDefault="00520646" w:rsidP="00E671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486" w:type="dxa"/>
            <w:shd w:val="clear" w:color="auto" w:fill="B4C6E7"/>
            <w:vAlign w:val="center"/>
          </w:tcPr>
          <w:p w14:paraId="6D30951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1D180A61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316F8DB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1.2.7/2</w:t>
            </w:r>
          </w:p>
        </w:tc>
        <w:tc>
          <w:tcPr>
            <w:tcW w:w="3801" w:type="dxa"/>
            <w:vAlign w:val="center"/>
          </w:tcPr>
          <w:p w14:paraId="1F9BEE7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Yazılım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geliştirmede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mesleki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tecrübe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3C18D87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20347F9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8A7489A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3E52D9C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1.2.7/3</w:t>
            </w:r>
          </w:p>
        </w:tc>
        <w:tc>
          <w:tcPr>
            <w:tcW w:w="3801" w:type="dxa"/>
            <w:vAlign w:val="center"/>
          </w:tcPr>
          <w:p w14:paraId="0B792CB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OOP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prensipleri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42B438C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16F2DFC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E2FB1EF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6498EDE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1.2.7/4</w:t>
            </w:r>
          </w:p>
        </w:tc>
        <w:tc>
          <w:tcPr>
            <w:tcW w:w="3801" w:type="dxa"/>
            <w:vAlign w:val="center"/>
          </w:tcPr>
          <w:p w14:paraId="59EC567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C#/.NET/.NET Core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Java.</w:t>
            </w:r>
          </w:p>
        </w:tc>
        <w:tc>
          <w:tcPr>
            <w:tcW w:w="3402" w:type="dxa"/>
            <w:vAlign w:val="center"/>
          </w:tcPr>
          <w:p w14:paraId="5ABEFED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6C4404A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F4117C6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16CA069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1.2.7/5</w:t>
            </w:r>
          </w:p>
        </w:tc>
        <w:tc>
          <w:tcPr>
            <w:tcW w:w="3801" w:type="dxa"/>
            <w:vAlign w:val="center"/>
          </w:tcPr>
          <w:p w14:paraId="5F6B0CB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Angular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benzeri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frontend.</w:t>
            </w:r>
          </w:p>
        </w:tc>
        <w:tc>
          <w:tcPr>
            <w:tcW w:w="3402" w:type="dxa"/>
            <w:vAlign w:val="center"/>
          </w:tcPr>
          <w:p w14:paraId="28D2D39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3B0C3A4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58F66D7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4F39B69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1.2.7/6</w:t>
            </w:r>
          </w:p>
        </w:tc>
        <w:tc>
          <w:tcPr>
            <w:tcW w:w="3801" w:type="dxa"/>
            <w:vAlign w:val="center"/>
          </w:tcPr>
          <w:p w14:paraId="741E600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RESTful API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web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servisleri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4C57981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5773257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254E2352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0969150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1.2.7/7</w:t>
            </w:r>
          </w:p>
        </w:tc>
        <w:tc>
          <w:tcPr>
            <w:tcW w:w="3801" w:type="dxa"/>
            <w:vAlign w:val="center"/>
          </w:tcPr>
          <w:p w14:paraId="1F57AB7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PostgreSQL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ilişkisel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veritabanları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0159E7D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71202DB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0EA01EE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41ADBC5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1.2.7/8</w:t>
            </w:r>
          </w:p>
        </w:tc>
        <w:tc>
          <w:tcPr>
            <w:tcW w:w="3801" w:type="dxa"/>
            <w:vAlign w:val="center"/>
          </w:tcPr>
          <w:p w14:paraId="411FD86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Entity Framework/Dapper/Hibernate.</w:t>
            </w:r>
          </w:p>
        </w:tc>
        <w:tc>
          <w:tcPr>
            <w:tcW w:w="3402" w:type="dxa"/>
            <w:vAlign w:val="center"/>
          </w:tcPr>
          <w:p w14:paraId="7DBDF67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7BA4B6D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BD0E8AC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7C58D38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1.2.7/9</w:t>
            </w:r>
          </w:p>
        </w:tc>
        <w:tc>
          <w:tcPr>
            <w:tcW w:w="3801" w:type="dxa"/>
            <w:vAlign w:val="center"/>
          </w:tcPr>
          <w:p w14:paraId="76B7307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SQL, stored procedure, view,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performans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optimizasyonu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6CCA2F9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2390E49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446503C6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787AE52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1.2.7/10</w:t>
            </w:r>
          </w:p>
        </w:tc>
        <w:tc>
          <w:tcPr>
            <w:tcW w:w="3801" w:type="dxa"/>
            <w:vAlign w:val="center"/>
          </w:tcPr>
          <w:p w14:paraId="1DB6CF4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Git/GitHub.</w:t>
            </w:r>
          </w:p>
        </w:tc>
        <w:tc>
          <w:tcPr>
            <w:tcW w:w="3402" w:type="dxa"/>
            <w:vAlign w:val="center"/>
          </w:tcPr>
          <w:p w14:paraId="0939DDA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0BF874B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3FEC296D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724EA1D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1.2.7/11</w:t>
            </w:r>
          </w:p>
        </w:tc>
        <w:tc>
          <w:tcPr>
            <w:tcW w:w="3801" w:type="dxa"/>
            <w:vAlign w:val="center"/>
          </w:tcPr>
          <w:p w14:paraId="4DA47A72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Docker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benzeri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konteyner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39FA354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4EDA40F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083472F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61FE20B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1.2.7/12</w:t>
            </w:r>
          </w:p>
        </w:tc>
        <w:tc>
          <w:tcPr>
            <w:tcW w:w="3801" w:type="dxa"/>
            <w:vAlign w:val="center"/>
          </w:tcPr>
          <w:p w14:paraId="6D3A492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HTML5, CSS3, JavaScript.</w:t>
            </w:r>
          </w:p>
        </w:tc>
        <w:tc>
          <w:tcPr>
            <w:tcW w:w="3402" w:type="dxa"/>
            <w:vAlign w:val="center"/>
          </w:tcPr>
          <w:p w14:paraId="70151EE1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754E831D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59359EBB" w14:textId="77777777" w:rsidTr="00E671B9">
        <w:trPr>
          <w:trHeight w:val="673"/>
          <w:jc w:val="center"/>
        </w:trPr>
        <w:tc>
          <w:tcPr>
            <w:tcW w:w="872" w:type="dxa"/>
            <w:vAlign w:val="center"/>
          </w:tcPr>
          <w:p w14:paraId="574EBA7A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1.2.7/13</w:t>
            </w:r>
          </w:p>
        </w:tc>
        <w:tc>
          <w:tcPr>
            <w:tcW w:w="3801" w:type="dxa"/>
            <w:vAlign w:val="center"/>
          </w:tcPr>
          <w:p w14:paraId="0254C37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SDLC,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hata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takip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versiyonlama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08DAC030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6" w:type="dxa"/>
            <w:vAlign w:val="center"/>
          </w:tcPr>
          <w:p w14:paraId="4B0BA7C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20625C" w14:textId="77777777" w:rsidR="00A21F74" w:rsidRDefault="00A21F74" w:rsidP="009F2C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5A52A7C" w14:textId="77777777" w:rsidR="003B454C" w:rsidRDefault="003B454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171D3B5D" w14:textId="70C73766" w:rsidR="00876055" w:rsidRPr="00334F34" w:rsidRDefault="00983634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34F34">
        <w:rPr>
          <w:rFonts w:ascii="Times New Roman" w:hAnsi="Times New Roman" w:cs="Times New Roman"/>
          <w:b/>
          <w:sz w:val="20"/>
          <w:szCs w:val="20"/>
        </w:rPr>
        <w:lastRenderedPageBreak/>
        <w:t>B. TERCİHEN ARANAN NİTELİKLER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95"/>
        <w:gridCol w:w="2686"/>
        <w:gridCol w:w="3827"/>
        <w:gridCol w:w="3162"/>
      </w:tblGrid>
      <w:tr w:rsidR="00520646" w:rsidRPr="00334F34" w14:paraId="7AE14D4E" w14:textId="77777777" w:rsidTr="00913CC5">
        <w:trPr>
          <w:trHeight w:val="753"/>
          <w:jc w:val="center"/>
        </w:trPr>
        <w:tc>
          <w:tcPr>
            <w:tcW w:w="995" w:type="dxa"/>
            <w:shd w:val="clear" w:color="auto" w:fill="B4C6E7"/>
            <w:vAlign w:val="center"/>
          </w:tcPr>
          <w:p w14:paraId="577B2943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İlan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Madde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2686" w:type="dxa"/>
            <w:shd w:val="clear" w:color="auto" w:fill="B4C6E7"/>
            <w:vAlign w:val="center"/>
          </w:tcPr>
          <w:p w14:paraId="2AEADE4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Şart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Yetkinlik</w:t>
            </w:r>
            <w:proofErr w:type="spellEnd"/>
          </w:p>
        </w:tc>
        <w:tc>
          <w:tcPr>
            <w:tcW w:w="3827" w:type="dxa"/>
            <w:shd w:val="clear" w:color="auto" w:fill="B4C6E7"/>
            <w:vAlign w:val="center"/>
          </w:tcPr>
          <w:p w14:paraId="0F5F56E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Adayın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Açıklaması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(Proje/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Teknoloji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Görev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162" w:type="dxa"/>
            <w:shd w:val="clear" w:color="auto" w:fill="B4C6E7"/>
            <w:vAlign w:val="center"/>
          </w:tcPr>
          <w:p w14:paraId="57961D2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Kanıt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Belge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tarih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kurum</w:t>
            </w:r>
            <w:proofErr w:type="spellEnd"/>
            <w:r w:rsidRPr="00334F3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520646" w:rsidRPr="00334F34" w14:paraId="57C9644E" w14:textId="77777777" w:rsidTr="00913CC5">
        <w:trPr>
          <w:trHeight w:val="389"/>
          <w:jc w:val="center"/>
        </w:trPr>
        <w:tc>
          <w:tcPr>
            <w:tcW w:w="995" w:type="dxa"/>
            <w:vAlign w:val="center"/>
          </w:tcPr>
          <w:p w14:paraId="305FB035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1.2.7/T1</w:t>
            </w:r>
          </w:p>
        </w:tc>
        <w:tc>
          <w:tcPr>
            <w:tcW w:w="2686" w:type="dxa"/>
            <w:vAlign w:val="center"/>
          </w:tcPr>
          <w:p w14:paraId="61F7B94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Linux.</w:t>
            </w:r>
          </w:p>
        </w:tc>
        <w:tc>
          <w:tcPr>
            <w:tcW w:w="3827" w:type="dxa"/>
            <w:vAlign w:val="center"/>
          </w:tcPr>
          <w:p w14:paraId="778C5C7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2" w:type="dxa"/>
            <w:vAlign w:val="center"/>
          </w:tcPr>
          <w:p w14:paraId="5EC53D5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E562476" w14:textId="77777777" w:rsidTr="00913CC5">
        <w:trPr>
          <w:trHeight w:val="389"/>
          <w:jc w:val="center"/>
        </w:trPr>
        <w:tc>
          <w:tcPr>
            <w:tcW w:w="995" w:type="dxa"/>
            <w:vAlign w:val="center"/>
          </w:tcPr>
          <w:p w14:paraId="6419EE5C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1.2.7/T2</w:t>
            </w:r>
          </w:p>
        </w:tc>
        <w:tc>
          <w:tcPr>
            <w:tcW w:w="2686" w:type="dxa"/>
            <w:vAlign w:val="center"/>
          </w:tcPr>
          <w:p w14:paraId="51DA1A1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Mikroservis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7" w:type="dxa"/>
            <w:vAlign w:val="center"/>
          </w:tcPr>
          <w:p w14:paraId="37278F97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2" w:type="dxa"/>
            <w:vAlign w:val="center"/>
          </w:tcPr>
          <w:p w14:paraId="03BC664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9DB9933" w14:textId="77777777" w:rsidTr="00913CC5">
        <w:trPr>
          <w:trHeight w:val="389"/>
          <w:jc w:val="center"/>
        </w:trPr>
        <w:tc>
          <w:tcPr>
            <w:tcW w:w="995" w:type="dxa"/>
            <w:vAlign w:val="center"/>
          </w:tcPr>
          <w:p w14:paraId="19C16C2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1.2.7/T3</w:t>
            </w:r>
          </w:p>
        </w:tc>
        <w:tc>
          <w:tcPr>
            <w:tcW w:w="2686" w:type="dxa"/>
            <w:vAlign w:val="center"/>
          </w:tcPr>
          <w:p w14:paraId="2C5EF13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CI/CD.</w:t>
            </w:r>
          </w:p>
        </w:tc>
        <w:tc>
          <w:tcPr>
            <w:tcW w:w="3827" w:type="dxa"/>
            <w:vAlign w:val="center"/>
          </w:tcPr>
          <w:p w14:paraId="51592ED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2" w:type="dxa"/>
            <w:vAlign w:val="center"/>
          </w:tcPr>
          <w:p w14:paraId="6566AFB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004EC2ED" w14:textId="77777777" w:rsidTr="00913CC5">
        <w:trPr>
          <w:trHeight w:val="389"/>
          <w:jc w:val="center"/>
        </w:trPr>
        <w:tc>
          <w:tcPr>
            <w:tcW w:w="995" w:type="dxa"/>
            <w:vAlign w:val="center"/>
          </w:tcPr>
          <w:p w14:paraId="189101D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1.2.7/T4</w:t>
            </w:r>
          </w:p>
        </w:tc>
        <w:tc>
          <w:tcPr>
            <w:tcW w:w="2686" w:type="dxa"/>
            <w:vAlign w:val="center"/>
          </w:tcPr>
          <w:p w14:paraId="0E002D16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Kurumsal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uygulama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projeleri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7" w:type="dxa"/>
            <w:vAlign w:val="center"/>
          </w:tcPr>
          <w:p w14:paraId="37CE5D44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2" w:type="dxa"/>
            <w:vAlign w:val="center"/>
          </w:tcPr>
          <w:p w14:paraId="02DCBCFE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646" w:rsidRPr="00334F34" w14:paraId="146048E8" w14:textId="77777777" w:rsidTr="00913CC5">
        <w:trPr>
          <w:trHeight w:val="389"/>
          <w:jc w:val="center"/>
        </w:trPr>
        <w:tc>
          <w:tcPr>
            <w:tcW w:w="995" w:type="dxa"/>
            <w:vAlign w:val="center"/>
          </w:tcPr>
          <w:p w14:paraId="6898BF48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1.2.7/T5</w:t>
            </w:r>
          </w:p>
        </w:tc>
        <w:tc>
          <w:tcPr>
            <w:tcW w:w="2686" w:type="dxa"/>
            <w:vAlign w:val="center"/>
          </w:tcPr>
          <w:p w14:paraId="46EF2E69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Açık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kaynak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teknolojiler</w:t>
            </w:r>
            <w:proofErr w:type="spellEnd"/>
            <w:r w:rsidRPr="00334F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27" w:type="dxa"/>
            <w:vAlign w:val="center"/>
          </w:tcPr>
          <w:p w14:paraId="60D440AB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2" w:type="dxa"/>
            <w:vAlign w:val="center"/>
          </w:tcPr>
          <w:p w14:paraId="49C1C7BF" w14:textId="77777777" w:rsidR="00520646" w:rsidRPr="00334F34" w:rsidRDefault="00520646" w:rsidP="009F2C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D9B2B7" w14:textId="77777777" w:rsidR="0085390F" w:rsidRDefault="0085390F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A9E66E" w14:textId="77777777" w:rsidR="0085390F" w:rsidRPr="00A52A26" w:rsidRDefault="0085390F" w:rsidP="0085390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C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MESLEKİ DENEYİM ÖZETİ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85390F" w:rsidRPr="00464261" w14:paraId="71950BDD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9DC88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Kurum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İşveren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2DB0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Unvan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BA271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Başlangıç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372F0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Bitiş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D2945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Görev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ve Sorumluluk Özeti</w:t>
            </w:r>
          </w:p>
        </w:tc>
      </w:tr>
      <w:tr w:rsidR="00A21F74" w:rsidRPr="00464261" w14:paraId="27DCB88B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DCA4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46D6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4F9E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2C00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E068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54CCFDB8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208D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B5AA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041C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9FB5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AE35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77FD442C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9320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06D9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56C9A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2B83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F2B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76169001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E8D46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7F69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B5D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B2A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7754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6DEED7B5" w14:textId="77777777" w:rsidR="004F01E8" w:rsidRDefault="004F01E8" w:rsidP="0085390F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14:paraId="4CF683DD" w14:textId="28B61FCE" w:rsidR="0085390F" w:rsidRPr="00A52A26" w:rsidRDefault="0085390F" w:rsidP="0085390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D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SERTİFİKA / BELGE BİLGİLERİ</w:t>
      </w:r>
    </w:p>
    <w:tbl>
      <w:tblPr>
        <w:tblW w:w="102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85390F" w:rsidRPr="00464261" w14:paraId="2C608B81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DA647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Sertifika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0C855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Kuruluş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Üretici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25D38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Belge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No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ED608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Tarih</w:t>
            </w:r>
            <w:proofErr w:type="spellEnd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Geçerlilik</w:t>
            </w:r>
            <w:proofErr w:type="spellEnd"/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5BC96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Açıklama</w:t>
            </w:r>
            <w:proofErr w:type="spellEnd"/>
          </w:p>
        </w:tc>
      </w:tr>
      <w:tr w:rsidR="00A21F74" w:rsidRPr="00464261" w14:paraId="1AB8AD66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EE5B2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D639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2C97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45546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5605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22966303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AE0B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BF81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73BC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ABCC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62F0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4769646C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478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FAF6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8A2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E63E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C912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268C056C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A951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6125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7E50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B3E8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9409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A21F74" w:rsidRPr="00464261" w14:paraId="10C0A337" w14:textId="77777777" w:rsidTr="004F01E8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CC54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89892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DBA6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5B7F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226E" w14:textId="77777777" w:rsidR="00A21F74" w:rsidRPr="00A52A26" w:rsidRDefault="00A21F74" w:rsidP="00527DC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14:paraId="79535556" w14:textId="77777777" w:rsidR="004F01E8" w:rsidRDefault="004F01E8" w:rsidP="0085390F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14:paraId="043FD394" w14:textId="7ED62B98" w:rsidR="0085390F" w:rsidRPr="00A52A26" w:rsidRDefault="0085390F" w:rsidP="0085390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E</w:t>
      </w:r>
      <w:r w:rsidRPr="00A52A2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. ADAY BEYANI</w:t>
      </w:r>
    </w:p>
    <w:p w14:paraId="1FA482EC" w14:textId="77777777" w:rsidR="0085390F" w:rsidRDefault="0085390F" w:rsidP="0085390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Yukarıda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vermiş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olduğum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bilgilerin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doğru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gerçeğe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uygun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olduğunu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;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ettiğim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bilgi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deneyimleri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istenildiğinde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belgeleyebileceğimi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;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gerçeğe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aykırı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beyanda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bulunduğumun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tespiti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halinde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başvuru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sınav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sonucuna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ilişkin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haklarımın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ilgili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mevzuat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ilan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hükümleri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çerçevesinde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değerlendirileceğini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kabul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ve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beyan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ederim</w:t>
      </w:r>
      <w:proofErr w:type="spellEnd"/>
      <w:r w:rsidRPr="00A52A26">
        <w:rPr>
          <w:rFonts w:ascii="Times New Roman" w:eastAsia="Times New Roman" w:hAnsi="Times New Roman"/>
          <w:sz w:val="20"/>
          <w:szCs w:val="20"/>
          <w:lang w:eastAsia="tr-TR"/>
        </w:rPr>
        <w:t>.</w:t>
      </w:r>
    </w:p>
    <w:p w14:paraId="053F6D62" w14:textId="77777777" w:rsidR="00E53EDA" w:rsidRPr="00A52A26" w:rsidRDefault="00E53EDA" w:rsidP="0085390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85390F" w:rsidRPr="00464261" w14:paraId="489CC031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3ED50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Adayın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Adı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Soyadı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4166A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85390F" w:rsidRPr="00464261" w14:paraId="776DD727" w14:textId="77777777" w:rsidTr="00527DCA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5EFEB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Tarih</w:t>
            </w:r>
            <w:proofErr w:type="spellEnd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/ </w:t>
            </w:r>
            <w:proofErr w:type="spellStart"/>
            <w:r w:rsidRPr="00A52A26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İmza</w:t>
            </w:r>
            <w:proofErr w:type="spellEnd"/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1D539" w14:textId="77777777" w:rsidR="0085390F" w:rsidRPr="00A52A26" w:rsidRDefault="0085390F" w:rsidP="00527DC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14:paraId="4BE3DF4A" w14:textId="2B125DB6" w:rsidR="00876055" w:rsidRPr="00334F34" w:rsidRDefault="00876055" w:rsidP="009F2C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76055" w:rsidRPr="00334F34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A90A6" w14:textId="77777777" w:rsidR="00E02BF2" w:rsidRDefault="00E02BF2">
      <w:pPr>
        <w:spacing w:after="0" w:line="240" w:lineRule="auto"/>
      </w:pPr>
      <w:r>
        <w:separator/>
      </w:r>
    </w:p>
  </w:endnote>
  <w:endnote w:type="continuationSeparator" w:id="0">
    <w:p w14:paraId="04C3EE9F" w14:textId="77777777" w:rsidR="00E02BF2" w:rsidRDefault="00E02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F41B" w14:textId="77777777" w:rsidR="00983634" w:rsidRDefault="00983634">
    <w:pPr>
      <w:pStyle w:val="AltBilgi"/>
      <w:jc w:val="center"/>
    </w:pPr>
    <w:r>
      <w:rPr>
        <w:sz w:val="14"/>
      </w:rPr>
      <w:t xml:space="preserve">NDK – Teknik </w:t>
    </w:r>
    <w:proofErr w:type="spellStart"/>
    <w:r>
      <w:rPr>
        <w:sz w:val="14"/>
      </w:rPr>
      <w:t>Özgeçmiş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ve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Belgelendirme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Formları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52351" w14:textId="77777777" w:rsidR="00E02BF2" w:rsidRDefault="00E02BF2">
      <w:pPr>
        <w:spacing w:after="0" w:line="240" w:lineRule="auto"/>
      </w:pPr>
      <w:r>
        <w:separator/>
      </w:r>
    </w:p>
  </w:footnote>
  <w:footnote w:type="continuationSeparator" w:id="0">
    <w:p w14:paraId="3EC92F5F" w14:textId="77777777" w:rsidR="00E02BF2" w:rsidRDefault="00E02B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5317690">
    <w:abstractNumId w:val="8"/>
  </w:num>
  <w:num w:numId="2" w16cid:durableId="1439906377">
    <w:abstractNumId w:val="6"/>
  </w:num>
  <w:num w:numId="3" w16cid:durableId="849880053">
    <w:abstractNumId w:val="5"/>
  </w:num>
  <w:num w:numId="4" w16cid:durableId="1284117178">
    <w:abstractNumId w:val="4"/>
  </w:num>
  <w:num w:numId="5" w16cid:durableId="1985155726">
    <w:abstractNumId w:val="7"/>
  </w:num>
  <w:num w:numId="6" w16cid:durableId="1562516272">
    <w:abstractNumId w:val="3"/>
  </w:num>
  <w:num w:numId="7" w16cid:durableId="1577520035">
    <w:abstractNumId w:val="2"/>
  </w:num>
  <w:num w:numId="8" w16cid:durableId="1419058227">
    <w:abstractNumId w:val="1"/>
  </w:num>
  <w:num w:numId="9" w16cid:durableId="196649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20AF"/>
    <w:rsid w:val="00131E7D"/>
    <w:rsid w:val="0015074B"/>
    <w:rsid w:val="001B56BE"/>
    <w:rsid w:val="001D694D"/>
    <w:rsid w:val="002171FE"/>
    <w:rsid w:val="00264D2A"/>
    <w:rsid w:val="0029639D"/>
    <w:rsid w:val="002F1170"/>
    <w:rsid w:val="00326F90"/>
    <w:rsid w:val="00334F34"/>
    <w:rsid w:val="003454C9"/>
    <w:rsid w:val="003B454C"/>
    <w:rsid w:val="003D6570"/>
    <w:rsid w:val="00404E6F"/>
    <w:rsid w:val="00407970"/>
    <w:rsid w:val="00453730"/>
    <w:rsid w:val="00483DD1"/>
    <w:rsid w:val="004F01E8"/>
    <w:rsid w:val="005135BC"/>
    <w:rsid w:val="00520646"/>
    <w:rsid w:val="00522A0D"/>
    <w:rsid w:val="0059731D"/>
    <w:rsid w:val="005A6248"/>
    <w:rsid w:val="005A70E5"/>
    <w:rsid w:val="005E74D5"/>
    <w:rsid w:val="006A15D2"/>
    <w:rsid w:val="006B2422"/>
    <w:rsid w:val="006C7543"/>
    <w:rsid w:val="006D132D"/>
    <w:rsid w:val="006F1A2D"/>
    <w:rsid w:val="0070469F"/>
    <w:rsid w:val="007160D1"/>
    <w:rsid w:val="00734F6C"/>
    <w:rsid w:val="007A3E79"/>
    <w:rsid w:val="007B4442"/>
    <w:rsid w:val="00816701"/>
    <w:rsid w:val="00842F44"/>
    <w:rsid w:val="0085390F"/>
    <w:rsid w:val="00876055"/>
    <w:rsid w:val="0089078D"/>
    <w:rsid w:val="008A2879"/>
    <w:rsid w:val="008A458C"/>
    <w:rsid w:val="008E5FDF"/>
    <w:rsid w:val="008F4CA7"/>
    <w:rsid w:val="00913CC5"/>
    <w:rsid w:val="00983634"/>
    <w:rsid w:val="009A5F1C"/>
    <w:rsid w:val="009B178D"/>
    <w:rsid w:val="009C4BE6"/>
    <w:rsid w:val="009F2C81"/>
    <w:rsid w:val="009F7F94"/>
    <w:rsid w:val="00A21F74"/>
    <w:rsid w:val="00A82F20"/>
    <w:rsid w:val="00AA1D8D"/>
    <w:rsid w:val="00AD7D5E"/>
    <w:rsid w:val="00B35842"/>
    <w:rsid w:val="00B47730"/>
    <w:rsid w:val="00BC5E1C"/>
    <w:rsid w:val="00C15E9A"/>
    <w:rsid w:val="00C56E0D"/>
    <w:rsid w:val="00CA315A"/>
    <w:rsid w:val="00CB0664"/>
    <w:rsid w:val="00D1269E"/>
    <w:rsid w:val="00D949BF"/>
    <w:rsid w:val="00E02BF2"/>
    <w:rsid w:val="00E53EDA"/>
    <w:rsid w:val="00E671B9"/>
    <w:rsid w:val="00F544ED"/>
    <w:rsid w:val="00F76C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FB7754"/>
  <w14:defaultImageDpi w14:val="300"/>
  <w15:docId w15:val="{552C57F2-D483-43B4-9C32-C3330116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BC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CAD33-60CD-415C-93C9-17723484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Esin ÜNKARACALAR</cp:lastModifiedBy>
  <cp:revision>3</cp:revision>
  <dcterms:created xsi:type="dcterms:W3CDTF">2026-10-16T09:43:00Z</dcterms:created>
  <dcterms:modified xsi:type="dcterms:W3CDTF">2026-10-16T09:51:00Z</dcterms:modified>
  <cp:category/>
</cp:coreProperties>
</file>