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9CB537" w14:textId="77777777" w:rsidR="00876055" w:rsidRPr="00334F34" w:rsidRDefault="00983634" w:rsidP="009F2C8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334F34">
        <w:rPr>
          <w:rFonts w:ascii="Times New Roman" w:hAnsi="Times New Roman" w:cs="Times New Roman"/>
          <w:b/>
          <w:sz w:val="20"/>
          <w:szCs w:val="20"/>
        </w:rPr>
        <w:t xml:space="preserve">EK-6 —TEKNİK ÖZGEÇMİŞ VE </w:t>
      </w:r>
      <w:r w:rsidR="006F1A2D">
        <w:rPr>
          <w:rFonts w:ascii="Times New Roman" w:hAnsi="Times New Roman" w:cs="Times New Roman"/>
          <w:b/>
          <w:sz w:val="20"/>
          <w:szCs w:val="20"/>
        </w:rPr>
        <w:t>DEĞERLENDİRME</w:t>
      </w:r>
      <w:r w:rsidR="006F1A2D" w:rsidRPr="00334F34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334F34">
        <w:rPr>
          <w:rFonts w:ascii="Times New Roman" w:hAnsi="Times New Roman" w:cs="Times New Roman"/>
          <w:b/>
          <w:sz w:val="20"/>
          <w:szCs w:val="20"/>
        </w:rPr>
        <w:t>FORMU</w:t>
      </w:r>
    </w:p>
    <w:p w14:paraId="51E1028E" w14:textId="77777777" w:rsidR="00876055" w:rsidRPr="00334F34" w:rsidRDefault="00983634" w:rsidP="009F2C8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proofErr w:type="spellStart"/>
      <w:r w:rsidRPr="00334F34">
        <w:rPr>
          <w:rFonts w:ascii="Times New Roman" w:hAnsi="Times New Roman" w:cs="Times New Roman"/>
          <w:b/>
          <w:sz w:val="20"/>
          <w:szCs w:val="20"/>
        </w:rPr>
        <w:t>Kıdemli</w:t>
      </w:r>
      <w:proofErr w:type="spellEnd"/>
      <w:r w:rsidRPr="00334F34"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 w:rsidRPr="00334F34">
        <w:rPr>
          <w:rFonts w:ascii="Times New Roman" w:hAnsi="Times New Roman" w:cs="Times New Roman"/>
          <w:b/>
          <w:sz w:val="20"/>
          <w:szCs w:val="20"/>
        </w:rPr>
        <w:t>Siber</w:t>
      </w:r>
      <w:proofErr w:type="spellEnd"/>
      <w:r w:rsidRPr="00334F34"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 w:rsidRPr="00334F34">
        <w:rPr>
          <w:rFonts w:ascii="Times New Roman" w:hAnsi="Times New Roman" w:cs="Times New Roman"/>
          <w:b/>
          <w:sz w:val="20"/>
          <w:szCs w:val="20"/>
        </w:rPr>
        <w:t>Güvenlik</w:t>
      </w:r>
      <w:proofErr w:type="spellEnd"/>
      <w:r w:rsidRPr="00334F34"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 w:rsidRPr="00334F34">
        <w:rPr>
          <w:rFonts w:ascii="Times New Roman" w:hAnsi="Times New Roman" w:cs="Times New Roman"/>
          <w:b/>
          <w:sz w:val="20"/>
          <w:szCs w:val="20"/>
        </w:rPr>
        <w:t>Uzmanı</w:t>
      </w:r>
      <w:proofErr w:type="spellEnd"/>
      <w:r w:rsidRPr="00334F34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8A458C" w:rsidRPr="00334F34">
        <w:rPr>
          <w:rFonts w:ascii="Times New Roman" w:hAnsi="Times New Roman" w:cs="Times New Roman"/>
          <w:b/>
          <w:sz w:val="20"/>
          <w:szCs w:val="20"/>
        </w:rPr>
        <w:t>(3 Kat)</w:t>
      </w: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2697"/>
        <w:gridCol w:w="2698"/>
        <w:gridCol w:w="2698"/>
        <w:gridCol w:w="2697"/>
      </w:tblGrid>
      <w:tr w:rsidR="00876055" w:rsidRPr="00334F34" w14:paraId="00FD5A2E" w14:textId="77777777">
        <w:trPr>
          <w:jc w:val="center"/>
        </w:trPr>
        <w:tc>
          <w:tcPr>
            <w:tcW w:w="2700" w:type="dxa"/>
            <w:shd w:val="clear" w:color="auto" w:fill="D9E1F2"/>
            <w:vAlign w:val="center"/>
          </w:tcPr>
          <w:p w14:paraId="402BD9ED" w14:textId="77777777" w:rsidR="00876055" w:rsidRPr="00334F34" w:rsidRDefault="00983634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>Adayın</w:t>
            </w:r>
            <w:proofErr w:type="spellEnd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>Adı</w:t>
            </w:r>
            <w:proofErr w:type="spellEnd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>Soyadı</w:t>
            </w:r>
            <w:proofErr w:type="spellEnd"/>
          </w:p>
        </w:tc>
        <w:tc>
          <w:tcPr>
            <w:tcW w:w="2700" w:type="dxa"/>
            <w:vAlign w:val="center"/>
          </w:tcPr>
          <w:p w14:paraId="6D5438DB" w14:textId="77777777" w:rsidR="00876055" w:rsidRPr="00334F34" w:rsidRDefault="00876055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0" w:type="dxa"/>
            <w:shd w:val="clear" w:color="auto" w:fill="D9E1F2"/>
            <w:vAlign w:val="center"/>
          </w:tcPr>
          <w:p w14:paraId="531608A4" w14:textId="77777777" w:rsidR="00876055" w:rsidRPr="00334F34" w:rsidRDefault="00983634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T.C. </w:t>
            </w:r>
            <w:proofErr w:type="spellStart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>Kimlik</w:t>
            </w:r>
            <w:proofErr w:type="spellEnd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No</w:t>
            </w:r>
          </w:p>
        </w:tc>
        <w:tc>
          <w:tcPr>
            <w:tcW w:w="2700" w:type="dxa"/>
            <w:vAlign w:val="center"/>
          </w:tcPr>
          <w:p w14:paraId="0F5668C0" w14:textId="77777777" w:rsidR="00876055" w:rsidRPr="00334F34" w:rsidRDefault="00876055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76055" w:rsidRPr="00334F34" w14:paraId="1F62E5B3" w14:textId="77777777">
        <w:trPr>
          <w:jc w:val="center"/>
        </w:trPr>
        <w:tc>
          <w:tcPr>
            <w:tcW w:w="2700" w:type="dxa"/>
            <w:shd w:val="clear" w:color="auto" w:fill="D9E1F2"/>
            <w:vAlign w:val="center"/>
          </w:tcPr>
          <w:p w14:paraId="127954AE" w14:textId="77777777" w:rsidR="00876055" w:rsidRPr="00334F34" w:rsidRDefault="00983634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>Başvurulan</w:t>
            </w:r>
            <w:proofErr w:type="spellEnd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>Pozisyon</w:t>
            </w:r>
            <w:proofErr w:type="spellEnd"/>
          </w:p>
        </w:tc>
        <w:tc>
          <w:tcPr>
            <w:tcW w:w="2700" w:type="dxa"/>
            <w:vAlign w:val="center"/>
          </w:tcPr>
          <w:p w14:paraId="53B25301" w14:textId="77777777" w:rsidR="00876055" w:rsidRPr="00334F34" w:rsidRDefault="00983634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Kıdemli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Siber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Güvenlik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Uzmanı</w:t>
            </w:r>
            <w:proofErr w:type="spellEnd"/>
          </w:p>
        </w:tc>
        <w:tc>
          <w:tcPr>
            <w:tcW w:w="2700" w:type="dxa"/>
            <w:shd w:val="clear" w:color="auto" w:fill="D9E1F2"/>
            <w:vAlign w:val="center"/>
          </w:tcPr>
          <w:p w14:paraId="7B2730C1" w14:textId="77777777" w:rsidR="00876055" w:rsidRPr="00334F34" w:rsidRDefault="00983634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>Başvuru</w:t>
            </w:r>
            <w:proofErr w:type="spellEnd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>Tarihi</w:t>
            </w:r>
            <w:proofErr w:type="spellEnd"/>
          </w:p>
        </w:tc>
        <w:tc>
          <w:tcPr>
            <w:tcW w:w="2700" w:type="dxa"/>
            <w:vAlign w:val="center"/>
          </w:tcPr>
          <w:p w14:paraId="2986471D" w14:textId="77777777" w:rsidR="00876055" w:rsidRPr="00334F34" w:rsidRDefault="00876055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76055" w:rsidRPr="00334F34" w14:paraId="57187071" w14:textId="77777777">
        <w:trPr>
          <w:jc w:val="center"/>
        </w:trPr>
        <w:tc>
          <w:tcPr>
            <w:tcW w:w="2700" w:type="dxa"/>
            <w:shd w:val="clear" w:color="auto" w:fill="D9E1F2"/>
            <w:vAlign w:val="center"/>
          </w:tcPr>
          <w:p w14:paraId="3012C66A" w14:textId="77777777" w:rsidR="00876055" w:rsidRPr="00334F34" w:rsidRDefault="00983634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>Telefon</w:t>
            </w:r>
            <w:proofErr w:type="spellEnd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/ E-</w:t>
            </w:r>
            <w:proofErr w:type="spellStart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>posta</w:t>
            </w:r>
            <w:proofErr w:type="spellEnd"/>
          </w:p>
        </w:tc>
        <w:tc>
          <w:tcPr>
            <w:tcW w:w="2700" w:type="dxa"/>
            <w:vAlign w:val="center"/>
          </w:tcPr>
          <w:p w14:paraId="5B52A7CC" w14:textId="77777777" w:rsidR="00876055" w:rsidRPr="00334F34" w:rsidRDefault="00876055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0" w:type="dxa"/>
            <w:shd w:val="clear" w:color="auto" w:fill="D9E1F2"/>
            <w:vAlign w:val="center"/>
          </w:tcPr>
          <w:p w14:paraId="0CFC2E68" w14:textId="77777777" w:rsidR="00876055" w:rsidRPr="00334F34" w:rsidRDefault="00983634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>İmza</w:t>
            </w:r>
            <w:proofErr w:type="spellEnd"/>
          </w:p>
        </w:tc>
        <w:tc>
          <w:tcPr>
            <w:tcW w:w="2700" w:type="dxa"/>
            <w:vAlign w:val="center"/>
          </w:tcPr>
          <w:p w14:paraId="418CF178" w14:textId="77777777" w:rsidR="00876055" w:rsidRPr="00334F34" w:rsidRDefault="00876055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5F9E95CF" w14:textId="262DF679" w:rsidR="00876055" w:rsidRDefault="00983634" w:rsidP="009F2C8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proofErr w:type="spellStart"/>
      <w:r w:rsidRPr="00334F34">
        <w:rPr>
          <w:rFonts w:ascii="Times New Roman" w:hAnsi="Times New Roman" w:cs="Times New Roman"/>
          <w:sz w:val="20"/>
          <w:szCs w:val="20"/>
        </w:rPr>
        <w:t>Aday</w:t>
      </w:r>
      <w:proofErr w:type="spellEnd"/>
      <w:r w:rsidRPr="00334F34">
        <w:rPr>
          <w:rFonts w:ascii="Times New Roman" w:hAnsi="Times New Roman" w:cs="Times New Roman"/>
          <w:sz w:val="20"/>
          <w:szCs w:val="20"/>
        </w:rPr>
        <w:t xml:space="preserve">, her </w:t>
      </w:r>
      <w:proofErr w:type="spellStart"/>
      <w:r w:rsidRPr="00334F34">
        <w:rPr>
          <w:rFonts w:ascii="Times New Roman" w:hAnsi="Times New Roman" w:cs="Times New Roman"/>
          <w:sz w:val="20"/>
          <w:szCs w:val="20"/>
        </w:rPr>
        <w:t>maddeyi</w:t>
      </w:r>
      <w:proofErr w:type="spellEnd"/>
      <w:r w:rsidRPr="00334F3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334F34">
        <w:rPr>
          <w:rFonts w:ascii="Times New Roman" w:hAnsi="Times New Roman" w:cs="Times New Roman"/>
          <w:sz w:val="20"/>
          <w:szCs w:val="20"/>
        </w:rPr>
        <w:t>ayrı</w:t>
      </w:r>
      <w:proofErr w:type="spellEnd"/>
      <w:r w:rsidRPr="00334F3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334F34">
        <w:rPr>
          <w:rFonts w:ascii="Times New Roman" w:hAnsi="Times New Roman" w:cs="Times New Roman"/>
          <w:sz w:val="20"/>
          <w:szCs w:val="20"/>
        </w:rPr>
        <w:t>ayrı</w:t>
      </w:r>
      <w:proofErr w:type="spellEnd"/>
      <w:r w:rsidRPr="00334F3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334F34">
        <w:rPr>
          <w:rFonts w:ascii="Times New Roman" w:hAnsi="Times New Roman" w:cs="Times New Roman"/>
          <w:sz w:val="20"/>
          <w:szCs w:val="20"/>
        </w:rPr>
        <w:t>cevaplamalıdır</w:t>
      </w:r>
      <w:proofErr w:type="spellEnd"/>
      <w:r w:rsidRPr="00334F34">
        <w:rPr>
          <w:rFonts w:ascii="Times New Roman" w:hAnsi="Times New Roman" w:cs="Times New Roman"/>
          <w:sz w:val="20"/>
          <w:szCs w:val="20"/>
        </w:rPr>
        <w:t xml:space="preserve">. </w:t>
      </w:r>
      <w:proofErr w:type="spellStart"/>
      <w:r w:rsidRPr="00334F34">
        <w:rPr>
          <w:rFonts w:ascii="Times New Roman" w:hAnsi="Times New Roman" w:cs="Times New Roman"/>
          <w:sz w:val="20"/>
          <w:szCs w:val="20"/>
        </w:rPr>
        <w:t>İlgili</w:t>
      </w:r>
      <w:proofErr w:type="spellEnd"/>
      <w:r w:rsidRPr="00334F3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334F34">
        <w:rPr>
          <w:rFonts w:ascii="Times New Roman" w:hAnsi="Times New Roman" w:cs="Times New Roman"/>
          <w:sz w:val="20"/>
          <w:szCs w:val="20"/>
        </w:rPr>
        <w:t>husus</w:t>
      </w:r>
      <w:proofErr w:type="spellEnd"/>
      <w:r w:rsidRPr="00334F3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334F34">
        <w:rPr>
          <w:rFonts w:ascii="Times New Roman" w:hAnsi="Times New Roman" w:cs="Times New Roman"/>
          <w:sz w:val="20"/>
          <w:szCs w:val="20"/>
        </w:rPr>
        <w:t>bulunmuyorsa</w:t>
      </w:r>
      <w:proofErr w:type="spellEnd"/>
      <w:r w:rsidRPr="00334F34">
        <w:rPr>
          <w:rFonts w:ascii="Times New Roman" w:hAnsi="Times New Roman" w:cs="Times New Roman"/>
          <w:sz w:val="20"/>
          <w:szCs w:val="20"/>
        </w:rPr>
        <w:t xml:space="preserve"> “YOK” </w:t>
      </w:r>
      <w:proofErr w:type="spellStart"/>
      <w:r w:rsidRPr="00334F34">
        <w:rPr>
          <w:rFonts w:ascii="Times New Roman" w:hAnsi="Times New Roman" w:cs="Times New Roman"/>
          <w:sz w:val="20"/>
          <w:szCs w:val="20"/>
        </w:rPr>
        <w:t>yazılacaktır</w:t>
      </w:r>
      <w:proofErr w:type="spellEnd"/>
      <w:r w:rsidRPr="00334F34">
        <w:rPr>
          <w:rFonts w:ascii="Times New Roman" w:hAnsi="Times New Roman" w:cs="Times New Roman"/>
          <w:sz w:val="20"/>
          <w:szCs w:val="20"/>
        </w:rPr>
        <w:t xml:space="preserve">. </w:t>
      </w:r>
      <w:proofErr w:type="spellStart"/>
      <w:r w:rsidRPr="00334F34">
        <w:rPr>
          <w:rFonts w:ascii="Times New Roman" w:hAnsi="Times New Roman" w:cs="Times New Roman"/>
          <w:sz w:val="20"/>
          <w:szCs w:val="20"/>
        </w:rPr>
        <w:t>Mesleki</w:t>
      </w:r>
      <w:proofErr w:type="spellEnd"/>
      <w:r w:rsidRPr="00334F3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334F34">
        <w:rPr>
          <w:rFonts w:ascii="Times New Roman" w:hAnsi="Times New Roman" w:cs="Times New Roman"/>
          <w:sz w:val="20"/>
          <w:szCs w:val="20"/>
        </w:rPr>
        <w:t>tecrübe</w:t>
      </w:r>
      <w:proofErr w:type="spellEnd"/>
      <w:r w:rsidRPr="00334F3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334F34">
        <w:rPr>
          <w:rFonts w:ascii="Times New Roman" w:hAnsi="Times New Roman" w:cs="Times New Roman"/>
          <w:sz w:val="20"/>
          <w:szCs w:val="20"/>
        </w:rPr>
        <w:t>şartı</w:t>
      </w:r>
      <w:proofErr w:type="spellEnd"/>
      <w:r w:rsidRPr="00334F3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334F34">
        <w:rPr>
          <w:rFonts w:ascii="Times New Roman" w:hAnsi="Times New Roman" w:cs="Times New Roman"/>
          <w:sz w:val="20"/>
          <w:szCs w:val="20"/>
        </w:rPr>
        <w:t>ayrıca</w:t>
      </w:r>
      <w:proofErr w:type="spellEnd"/>
      <w:r w:rsidRPr="00334F3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334F34">
        <w:rPr>
          <w:rFonts w:ascii="Times New Roman" w:hAnsi="Times New Roman" w:cs="Times New Roman"/>
          <w:sz w:val="20"/>
          <w:szCs w:val="20"/>
        </w:rPr>
        <w:t>başvuru</w:t>
      </w:r>
      <w:proofErr w:type="spellEnd"/>
      <w:r w:rsidRPr="00334F3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334F34">
        <w:rPr>
          <w:rFonts w:ascii="Times New Roman" w:hAnsi="Times New Roman" w:cs="Times New Roman"/>
          <w:sz w:val="20"/>
          <w:szCs w:val="20"/>
        </w:rPr>
        <w:t>belgeleri</w:t>
      </w:r>
      <w:proofErr w:type="spellEnd"/>
      <w:r w:rsidRPr="00334F3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334F34">
        <w:rPr>
          <w:rFonts w:ascii="Times New Roman" w:hAnsi="Times New Roman" w:cs="Times New Roman"/>
          <w:sz w:val="20"/>
          <w:szCs w:val="20"/>
        </w:rPr>
        <w:t>ile</w:t>
      </w:r>
      <w:proofErr w:type="spellEnd"/>
      <w:r w:rsidRPr="00334F3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334F34">
        <w:rPr>
          <w:rFonts w:ascii="Times New Roman" w:hAnsi="Times New Roman" w:cs="Times New Roman"/>
          <w:sz w:val="20"/>
          <w:szCs w:val="20"/>
        </w:rPr>
        <w:t>belgelendirilecektir</w:t>
      </w:r>
      <w:proofErr w:type="spellEnd"/>
      <w:r w:rsidRPr="00334F34">
        <w:rPr>
          <w:rFonts w:ascii="Times New Roman" w:hAnsi="Times New Roman" w:cs="Times New Roman"/>
          <w:sz w:val="20"/>
          <w:szCs w:val="20"/>
        </w:rPr>
        <w:t>.</w:t>
      </w:r>
    </w:p>
    <w:p w14:paraId="496B6A3F" w14:textId="77777777" w:rsidR="009F7F94" w:rsidRPr="00334F34" w:rsidRDefault="009F7F94" w:rsidP="009F2C8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61E62294" w14:textId="77777777" w:rsidR="00876055" w:rsidRPr="00334F34" w:rsidRDefault="00983634" w:rsidP="009F2C8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334F34">
        <w:rPr>
          <w:rFonts w:ascii="Times New Roman" w:hAnsi="Times New Roman" w:cs="Times New Roman"/>
          <w:b/>
          <w:sz w:val="20"/>
          <w:szCs w:val="20"/>
        </w:rPr>
        <w:t>A. ZORUNLU ŞARTLAR</w:t>
      </w:r>
    </w:p>
    <w:tbl>
      <w:tblPr>
        <w:tblStyle w:val="TabloKlavuzu"/>
        <w:tblW w:w="10758" w:type="dxa"/>
        <w:jc w:val="center"/>
        <w:tblLook w:val="04A0" w:firstRow="1" w:lastRow="0" w:firstColumn="1" w:lastColumn="0" w:noHBand="0" w:noVBand="1"/>
      </w:tblPr>
      <w:tblGrid>
        <w:gridCol w:w="983"/>
        <w:gridCol w:w="3857"/>
        <w:gridCol w:w="2972"/>
        <w:gridCol w:w="2946"/>
      </w:tblGrid>
      <w:tr w:rsidR="00520646" w:rsidRPr="00334F34" w14:paraId="260E89A6" w14:textId="77777777" w:rsidTr="00913CC5">
        <w:trPr>
          <w:trHeight w:val="1151"/>
          <w:jc w:val="center"/>
        </w:trPr>
        <w:tc>
          <w:tcPr>
            <w:tcW w:w="984" w:type="dxa"/>
            <w:shd w:val="clear" w:color="auto" w:fill="B4C6E7"/>
            <w:vAlign w:val="center"/>
          </w:tcPr>
          <w:p w14:paraId="54C975AF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İlan </w:t>
            </w:r>
            <w:proofErr w:type="spellStart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>Madde</w:t>
            </w:r>
            <w:proofErr w:type="spellEnd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No</w:t>
            </w:r>
          </w:p>
        </w:tc>
        <w:tc>
          <w:tcPr>
            <w:tcW w:w="3866" w:type="dxa"/>
            <w:shd w:val="clear" w:color="auto" w:fill="B4C6E7"/>
            <w:vAlign w:val="center"/>
          </w:tcPr>
          <w:p w14:paraId="4FB4A652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>Şart</w:t>
            </w:r>
            <w:proofErr w:type="spellEnd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/ </w:t>
            </w:r>
            <w:proofErr w:type="spellStart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>Yetkinlik</w:t>
            </w:r>
            <w:proofErr w:type="spellEnd"/>
          </w:p>
        </w:tc>
        <w:tc>
          <w:tcPr>
            <w:tcW w:w="2955" w:type="dxa"/>
            <w:shd w:val="clear" w:color="auto" w:fill="B4C6E7"/>
            <w:vAlign w:val="center"/>
          </w:tcPr>
          <w:p w14:paraId="7D0231F7" w14:textId="48A27BC5" w:rsidR="00520646" w:rsidRPr="00334F34" w:rsidRDefault="00520646" w:rsidP="00E671B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>Adayın</w:t>
            </w:r>
            <w:proofErr w:type="spellEnd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>Açıklaması</w:t>
            </w:r>
            <w:proofErr w:type="spellEnd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(Proje/</w:t>
            </w:r>
            <w:proofErr w:type="spellStart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>Kurum</w:t>
            </w:r>
            <w:proofErr w:type="spellEnd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>/</w:t>
            </w:r>
            <w:proofErr w:type="spellStart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>Teknoloji</w:t>
            </w:r>
            <w:proofErr w:type="spellEnd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>/</w:t>
            </w:r>
            <w:proofErr w:type="spellStart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>Görev</w:t>
            </w:r>
            <w:proofErr w:type="spellEnd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2953" w:type="dxa"/>
            <w:shd w:val="clear" w:color="auto" w:fill="B4C6E7"/>
            <w:vAlign w:val="center"/>
          </w:tcPr>
          <w:p w14:paraId="5843D221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>Belge</w:t>
            </w:r>
            <w:proofErr w:type="spellEnd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/ </w:t>
            </w:r>
            <w:proofErr w:type="spellStart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>Kanıt</w:t>
            </w:r>
            <w:proofErr w:type="spellEnd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(</w:t>
            </w:r>
            <w:proofErr w:type="spellStart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>Belge</w:t>
            </w:r>
            <w:proofErr w:type="spellEnd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>adı</w:t>
            </w:r>
            <w:proofErr w:type="spellEnd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>/</w:t>
            </w:r>
            <w:proofErr w:type="spellStart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>tarih</w:t>
            </w:r>
            <w:proofErr w:type="spellEnd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>/</w:t>
            </w:r>
            <w:proofErr w:type="spellStart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>kurum</w:t>
            </w:r>
            <w:proofErr w:type="spellEnd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>)</w:t>
            </w:r>
          </w:p>
        </w:tc>
      </w:tr>
      <w:tr w:rsidR="00520646" w:rsidRPr="00334F34" w14:paraId="0DEFDC6D" w14:textId="77777777" w:rsidTr="00913CC5">
        <w:trPr>
          <w:trHeight w:val="768"/>
          <w:jc w:val="center"/>
        </w:trPr>
        <w:tc>
          <w:tcPr>
            <w:tcW w:w="984" w:type="dxa"/>
            <w:vAlign w:val="center"/>
          </w:tcPr>
          <w:p w14:paraId="16C37568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1.2.6/1</w:t>
            </w:r>
          </w:p>
        </w:tc>
        <w:tc>
          <w:tcPr>
            <w:tcW w:w="3866" w:type="dxa"/>
            <w:vAlign w:val="center"/>
          </w:tcPr>
          <w:p w14:paraId="637BD0EC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Siber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güvenlik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sistemleri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yönetimi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ve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operasyonlarında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en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az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 5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yıl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deneyim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ve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belgelendirme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955" w:type="dxa"/>
            <w:vAlign w:val="center"/>
          </w:tcPr>
          <w:p w14:paraId="200AEC24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53" w:type="dxa"/>
            <w:vAlign w:val="center"/>
          </w:tcPr>
          <w:p w14:paraId="5E11E4F6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20646" w:rsidRPr="00334F34" w14:paraId="7FB65858" w14:textId="77777777" w:rsidTr="00913CC5">
        <w:trPr>
          <w:trHeight w:val="787"/>
          <w:jc w:val="center"/>
        </w:trPr>
        <w:tc>
          <w:tcPr>
            <w:tcW w:w="984" w:type="dxa"/>
            <w:vAlign w:val="center"/>
          </w:tcPr>
          <w:p w14:paraId="45E7EEC8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1.2.6/2</w:t>
            </w:r>
          </w:p>
        </w:tc>
        <w:tc>
          <w:tcPr>
            <w:tcW w:w="3866" w:type="dxa"/>
            <w:vAlign w:val="center"/>
          </w:tcPr>
          <w:p w14:paraId="6DC0366F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CEH, OSCP, CISSP, GPEN, CCSE, FCNSP, PCNSE, GWAPT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veya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 NSE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sertifikalarından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en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az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biri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955" w:type="dxa"/>
            <w:vAlign w:val="center"/>
          </w:tcPr>
          <w:p w14:paraId="01F540FB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53" w:type="dxa"/>
            <w:vAlign w:val="center"/>
          </w:tcPr>
          <w:p w14:paraId="38CA8C04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20646" w:rsidRPr="00334F34" w14:paraId="0B42F609" w14:textId="77777777" w:rsidTr="00913CC5">
        <w:trPr>
          <w:trHeight w:val="383"/>
          <w:jc w:val="center"/>
        </w:trPr>
        <w:tc>
          <w:tcPr>
            <w:tcW w:w="984" w:type="dxa"/>
            <w:vAlign w:val="center"/>
          </w:tcPr>
          <w:p w14:paraId="116822A1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1.2.6/3</w:t>
            </w:r>
          </w:p>
        </w:tc>
        <w:tc>
          <w:tcPr>
            <w:tcW w:w="3866" w:type="dxa"/>
            <w:vAlign w:val="center"/>
          </w:tcPr>
          <w:p w14:paraId="63053B4D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Firewall/NGFW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ve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 IDS/IPS.</w:t>
            </w:r>
          </w:p>
        </w:tc>
        <w:tc>
          <w:tcPr>
            <w:tcW w:w="2955" w:type="dxa"/>
            <w:vAlign w:val="center"/>
          </w:tcPr>
          <w:p w14:paraId="5AC0D762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53" w:type="dxa"/>
            <w:vAlign w:val="center"/>
          </w:tcPr>
          <w:p w14:paraId="33139F59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20646" w:rsidRPr="00334F34" w14:paraId="01C07D3E" w14:textId="77777777" w:rsidTr="00913CC5">
        <w:trPr>
          <w:trHeight w:val="383"/>
          <w:jc w:val="center"/>
        </w:trPr>
        <w:tc>
          <w:tcPr>
            <w:tcW w:w="984" w:type="dxa"/>
            <w:vAlign w:val="center"/>
          </w:tcPr>
          <w:p w14:paraId="22E56C05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1.2.6/4</w:t>
            </w:r>
          </w:p>
        </w:tc>
        <w:tc>
          <w:tcPr>
            <w:tcW w:w="3866" w:type="dxa"/>
            <w:vAlign w:val="center"/>
          </w:tcPr>
          <w:p w14:paraId="566DD0DC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WAF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ve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 Load Balancer.</w:t>
            </w:r>
          </w:p>
        </w:tc>
        <w:tc>
          <w:tcPr>
            <w:tcW w:w="2955" w:type="dxa"/>
            <w:vAlign w:val="center"/>
          </w:tcPr>
          <w:p w14:paraId="4DF267FB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53" w:type="dxa"/>
            <w:vAlign w:val="center"/>
          </w:tcPr>
          <w:p w14:paraId="678BDCC7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20646" w:rsidRPr="00334F34" w14:paraId="75529581" w14:textId="77777777" w:rsidTr="00913CC5">
        <w:trPr>
          <w:trHeight w:val="383"/>
          <w:jc w:val="center"/>
        </w:trPr>
        <w:tc>
          <w:tcPr>
            <w:tcW w:w="984" w:type="dxa"/>
            <w:vAlign w:val="center"/>
          </w:tcPr>
          <w:p w14:paraId="50916799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1.2.6/5</w:t>
            </w:r>
          </w:p>
        </w:tc>
        <w:tc>
          <w:tcPr>
            <w:tcW w:w="3866" w:type="dxa"/>
            <w:vAlign w:val="center"/>
          </w:tcPr>
          <w:p w14:paraId="75403BA3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E-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posta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/DNS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güvenliği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ve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 Web Proxy.</w:t>
            </w:r>
          </w:p>
        </w:tc>
        <w:tc>
          <w:tcPr>
            <w:tcW w:w="2955" w:type="dxa"/>
            <w:vAlign w:val="center"/>
          </w:tcPr>
          <w:p w14:paraId="3C3CD201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53" w:type="dxa"/>
            <w:vAlign w:val="center"/>
          </w:tcPr>
          <w:p w14:paraId="04513886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20646" w:rsidRPr="00334F34" w14:paraId="4FCC10CE" w14:textId="77777777" w:rsidTr="00913CC5">
        <w:trPr>
          <w:trHeight w:val="383"/>
          <w:jc w:val="center"/>
        </w:trPr>
        <w:tc>
          <w:tcPr>
            <w:tcW w:w="984" w:type="dxa"/>
            <w:vAlign w:val="center"/>
          </w:tcPr>
          <w:p w14:paraId="7C3E5EC2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1.2.6/6</w:t>
            </w:r>
          </w:p>
        </w:tc>
        <w:tc>
          <w:tcPr>
            <w:tcW w:w="3866" w:type="dxa"/>
            <w:vAlign w:val="center"/>
          </w:tcPr>
          <w:p w14:paraId="7FC64410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NAC.</w:t>
            </w:r>
          </w:p>
        </w:tc>
        <w:tc>
          <w:tcPr>
            <w:tcW w:w="2955" w:type="dxa"/>
            <w:vAlign w:val="center"/>
          </w:tcPr>
          <w:p w14:paraId="742E294C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53" w:type="dxa"/>
            <w:vAlign w:val="center"/>
          </w:tcPr>
          <w:p w14:paraId="29F342D2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20646" w:rsidRPr="00334F34" w14:paraId="549F7225" w14:textId="77777777" w:rsidTr="00913CC5">
        <w:trPr>
          <w:trHeight w:val="383"/>
          <w:jc w:val="center"/>
        </w:trPr>
        <w:tc>
          <w:tcPr>
            <w:tcW w:w="984" w:type="dxa"/>
            <w:vAlign w:val="center"/>
          </w:tcPr>
          <w:p w14:paraId="62AD817B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1.2.6/7</w:t>
            </w:r>
          </w:p>
        </w:tc>
        <w:tc>
          <w:tcPr>
            <w:tcW w:w="3866" w:type="dxa"/>
            <w:vAlign w:val="center"/>
          </w:tcPr>
          <w:p w14:paraId="354D32F0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SIEM/SOAR.</w:t>
            </w:r>
          </w:p>
        </w:tc>
        <w:tc>
          <w:tcPr>
            <w:tcW w:w="2955" w:type="dxa"/>
            <w:vAlign w:val="center"/>
          </w:tcPr>
          <w:p w14:paraId="6DA7E033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53" w:type="dxa"/>
            <w:vAlign w:val="center"/>
          </w:tcPr>
          <w:p w14:paraId="5C50FB83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20646" w:rsidRPr="00334F34" w14:paraId="6E5D1CE5" w14:textId="77777777" w:rsidTr="00913CC5">
        <w:trPr>
          <w:trHeight w:val="383"/>
          <w:jc w:val="center"/>
        </w:trPr>
        <w:tc>
          <w:tcPr>
            <w:tcW w:w="984" w:type="dxa"/>
            <w:vAlign w:val="center"/>
          </w:tcPr>
          <w:p w14:paraId="03EAE251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1.2.6/8</w:t>
            </w:r>
          </w:p>
        </w:tc>
        <w:tc>
          <w:tcPr>
            <w:tcW w:w="3866" w:type="dxa"/>
            <w:vAlign w:val="center"/>
          </w:tcPr>
          <w:p w14:paraId="64F8EDFA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EDR/XDR,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antivirüs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, sandbox.</w:t>
            </w:r>
          </w:p>
        </w:tc>
        <w:tc>
          <w:tcPr>
            <w:tcW w:w="2955" w:type="dxa"/>
            <w:vAlign w:val="center"/>
          </w:tcPr>
          <w:p w14:paraId="3CCE84A2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53" w:type="dxa"/>
            <w:vAlign w:val="center"/>
          </w:tcPr>
          <w:p w14:paraId="59C31B82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20646" w:rsidRPr="00334F34" w14:paraId="4B6286A8" w14:textId="77777777" w:rsidTr="00913CC5">
        <w:trPr>
          <w:trHeight w:val="383"/>
          <w:jc w:val="center"/>
        </w:trPr>
        <w:tc>
          <w:tcPr>
            <w:tcW w:w="984" w:type="dxa"/>
            <w:vAlign w:val="center"/>
          </w:tcPr>
          <w:p w14:paraId="052A6D83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1.2.6/9</w:t>
            </w:r>
          </w:p>
        </w:tc>
        <w:tc>
          <w:tcPr>
            <w:tcW w:w="3866" w:type="dxa"/>
            <w:vAlign w:val="center"/>
          </w:tcPr>
          <w:p w14:paraId="47B7F8DB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SOME.</w:t>
            </w:r>
          </w:p>
        </w:tc>
        <w:tc>
          <w:tcPr>
            <w:tcW w:w="2955" w:type="dxa"/>
            <w:vAlign w:val="center"/>
          </w:tcPr>
          <w:p w14:paraId="77D2C139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53" w:type="dxa"/>
            <w:vAlign w:val="center"/>
          </w:tcPr>
          <w:p w14:paraId="6B4B957A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20646" w:rsidRPr="00334F34" w14:paraId="322CA7C6" w14:textId="77777777" w:rsidTr="00913CC5">
        <w:trPr>
          <w:trHeight w:val="383"/>
          <w:jc w:val="center"/>
        </w:trPr>
        <w:tc>
          <w:tcPr>
            <w:tcW w:w="984" w:type="dxa"/>
            <w:vAlign w:val="center"/>
          </w:tcPr>
          <w:p w14:paraId="1DD4C309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1.2.6/10</w:t>
            </w:r>
          </w:p>
        </w:tc>
        <w:tc>
          <w:tcPr>
            <w:tcW w:w="3866" w:type="dxa"/>
            <w:vAlign w:val="center"/>
          </w:tcPr>
          <w:p w14:paraId="064AE83F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Siber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olay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tespiti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analiz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ve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müdahale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955" w:type="dxa"/>
            <w:vAlign w:val="center"/>
          </w:tcPr>
          <w:p w14:paraId="02BC604E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53" w:type="dxa"/>
            <w:vAlign w:val="center"/>
          </w:tcPr>
          <w:p w14:paraId="0FC73248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20646" w:rsidRPr="00334F34" w14:paraId="13E20CB5" w14:textId="77777777" w:rsidTr="00913CC5">
        <w:trPr>
          <w:trHeight w:val="383"/>
          <w:jc w:val="center"/>
        </w:trPr>
        <w:tc>
          <w:tcPr>
            <w:tcW w:w="984" w:type="dxa"/>
            <w:vAlign w:val="center"/>
          </w:tcPr>
          <w:p w14:paraId="762D3782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1.2.6/11</w:t>
            </w:r>
          </w:p>
        </w:tc>
        <w:tc>
          <w:tcPr>
            <w:tcW w:w="3866" w:type="dxa"/>
            <w:vAlign w:val="center"/>
          </w:tcPr>
          <w:p w14:paraId="3FB77B99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SIEM log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analizi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ve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korelasyon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955" w:type="dxa"/>
            <w:vAlign w:val="center"/>
          </w:tcPr>
          <w:p w14:paraId="7D0D82B5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53" w:type="dxa"/>
            <w:vAlign w:val="center"/>
          </w:tcPr>
          <w:p w14:paraId="0A5C49B3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20646" w:rsidRPr="00334F34" w14:paraId="3E939F4D" w14:textId="77777777" w:rsidTr="00913CC5">
        <w:trPr>
          <w:trHeight w:val="383"/>
          <w:jc w:val="center"/>
        </w:trPr>
        <w:tc>
          <w:tcPr>
            <w:tcW w:w="984" w:type="dxa"/>
            <w:vAlign w:val="center"/>
          </w:tcPr>
          <w:p w14:paraId="620E3D2A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1.2.6/12</w:t>
            </w:r>
          </w:p>
        </w:tc>
        <w:tc>
          <w:tcPr>
            <w:tcW w:w="3866" w:type="dxa"/>
            <w:vAlign w:val="center"/>
          </w:tcPr>
          <w:p w14:paraId="574D640D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Adli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analiz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ve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olay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inceleme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955" w:type="dxa"/>
            <w:vAlign w:val="center"/>
          </w:tcPr>
          <w:p w14:paraId="4F0420DC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53" w:type="dxa"/>
            <w:vAlign w:val="center"/>
          </w:tcPr>
          <w:p w14:paraId="6C6D8577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20646" w:rsidRPr="00334F34" w14:paraId="232BAD0C" w14:textId="77777777" w:rsidTr="00913CC5">
        <w:trPr>
          <w:trHeight w:val="383"/>
          <w:jc w:val="center"/>
        </w:trPr>
        <w:tc>
          <w:tcPr>
            <w:tcW w:w="984" w:type="dxa"/>
            <w:vAlign w:val="center"/>
          </w:tcPr>
          <w:p w14:paraId="4053119B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1.2.6/13</w:t>
            </w:r>
          </w:p>
        </w:tc>
        <w:tc>
          <w:tcPr>
            <w:tcW w:w="3866" w:type="dxa"/>
            <w:vAlign w:val="center"/>
          </w:tcPr>
          <w:p w14:paraId="4DD74FD5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Nessus,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Acunetix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, Burp Suite, Nmap vb.</w:t>
            </w:r>
          </w:p>
        </w:tc>
        <w:tc>
          <w:tcPr>
            <w:tcW w:w="2955" w:type="dxa"/>
            <w:vAlign w:val="center"/>
          </w:tcPr>
          <w:p w14:paraId="581E8721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53" w:type="dxa"/>
            <w:vAlign w:val="center"/>
          </w:tcPr>
          <w:p w14:paraId="2632D448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20646" w:rsidRPr="00334F34" w14:paraId="78A43AA0" w14:textId="77777777" w:rsidTr="00913CC5">
        <w:trPr>
          <w:trHeight w:val="383"/>
          <w:jc w:val="center"/>
        </w:trPr>
        <w:tc>
          <w:tcPr>
            <w:tcW w:w="984" w:type="dxa"/>
            <w:vAlign w:val="center"/>
          </w:tcPr>
          <w:p w14:paraId="5D9A66D8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1.2.6/14</w:t>
            </w:r>
          </w:p>
        </w:tc>
        <w:tc>
          <w:tcPr>
            <w:tcW w:w="3866" w:type="dxa"/>
            <w:vAlign w:val="center"/>
          </w:tcPr>
          <w:p w14:paraId="0768633C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OWASP Top 10, XSS, SQL Injection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ve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önleme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955" w:type="dxa"/>
            <w:vAlign w:val="center"/>
          </w:tcPr>
          <w:p w14:paraId="4AB3A473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53" w:type="dxa"/>
            <w:vAlign w:val="center"/>
          </w:tcPr>
          <w:p w14:paraId="68B8BDB2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20646" w:rsidRPr="00334F34" w14:paraId="3479529C" w14:textId="77777777" w:rsidTr="00913CC5">
        <w:trPr>
          <w:trHeight w:val="383"/>
          <w:jc w:val="center"/>
        </w:trPr>
        <w:tc>
          <w:tcPr>
            <w:tcW w:w="984" w:type="dxa"/>
            <w:vAlign w:val="center"/>
          </w:tcPr>
          <w:p w14:paraId="4F69F207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1.2.6/15</w:t>
            </w:r>
          </w:p>
        </w:tc>
        <w:tc>
          <w:tcPr>
            <w:tcW w:w="3866" w:type="dxa"/>
            <w:vAlign w:val="center"/>
          </w:tcPr>
          <w:p w14:paraId="2E76D195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Sızma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testi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doğrulama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ve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raporlama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955" w:type="dxa"/>
            <w:vAlign w:val="center"/>
          </w:tcPr>
          <w:p w14:paraId="1F530F35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53" w:type="dxa"/>
            <w:vAlign w:val="center"/>
          </w:tcPr>
          <w:p w14:paraId="507B2212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20646" w:rsidRPr="00334F34" w14:paraId="6E915921" w14:textId="77777777" w:rsidTr="00913CC5">
        <w:trPr>
          <w:trHeight w:val="383"/>
          <w:jc w:val="center"/>
        </w:trPr>
        <w:tc>
          <w:tcPr>
            <w:tcW w:w="984" w:type="dxa"/>
            <w:vAlign w:val="center"/>
          </w:tcPr>
          <w:p w14:paraId="2D63063C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1.2.6/16</w:t>
            </w:r>
          </w:p>
        </w:tc>
        <w:tc>
          <w:tcPr>
            <w:tcW w:w="3866" w:type="dxa"/>
            <w:vAlign w:val="center"/>
          </w:tcPr>
          <w:p w14:paraId="4AF30449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TCP/IP, Wireshark/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tcpdump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955" w:type="dxa"/>
            <w:vAlign w:val="center"/>
          </w:tcPr>
          <w:p w14:paraId="67F85236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53" w:type="dxa"/>
            <w:vAlign w:val="center"/>
          </w:tcPr>
          <w:p w14:paraId="3C76DED3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20646" w:rsidRPr="00334F34" w14:paraId="64D61194" w14:textId="77777777" w:rsidTr="00913CC5">
        <w:trPr>
          <w:trHeight w:val="383"/>
          <w:jc w:val="center"/>
        </w:trPr>
        <w:tc>
          <w:tcPr>
            <w:tcW w:w="984" w:type="dxa"/>
            <w:vAlign w:val="center"/>
          </w:tcPr>
          <w:p w14:paraId="59152C97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1.2.6/17</w:t>
            </w:r>
          </w:p>
        </w:tc>
        <w:tc>
          <w:tcPr>
            <w:tcW w:w="3866" w:type="dxa"/>
            <w:vAlign w:val="center"/>
          </w:tcPr>
          <w:p w14:paraId="1C5C8263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IPSEC/SSL VPN.</w:t>
            </w:r>
          </w:p>
        </w:tc>
        <w:tc>
          <w:tcPr>
            <w:tcW w:w="2955" w:type="dxa"/>
            <w:vAlign w:val="center"/>
          </w:tcPr>
          <w:p w14:paraId="2402C82A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53" w:type="dxa"/>
            <w:vAlign w:val="center"/>
          </w:tcPr>
          <w:p w14:paraId="19C5AF94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20646" w:rsidRPr="00334F34" w14:paraId="5E352CF3" w14:textId="77777777" w:rsidTr="00913CC5">
        <w:trPr>
          <w:trHeight w:val="383"/>
          <w:jc w:val="center"/>
        </w:trPr>
        <w:tc>
          <w:tcPr>
            <w:tcW w:w="984" w:type="dxa"/>
            <w:vAlign w:val="center"/>
          </w:tcPr>
          <w:p w14:paraId="036D5534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1.2.6/18</w:t>
            </w:r>
          </w:p>
        </w:tc>
        <w:tc>
          <w:tcPr>
            <w:tcW w:w="3866" w:type="dxa"/>
            <w:vAlign w:val="center"/>
          </w:tcPr>
          <w:p w14:paraId="146A57BA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Linux, Unix, Windows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güvenliği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955" w:type="dxa"/>
            <w:vAlign w:val="center"/>
          </w:tcPr>
          <w:p w14:paraId="4EB43803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53" w:type="dxa"/>
            <w:vAlign w:val="center"/>
          </w:tcPr>
          <w:p w14:paraId="72D5A2D4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20646" w:rsidRPr="00334F34" w14:paraId="5E4EAC12" w14:textId="77777777" w:rsidTr="00913CC5">
        <w:trPr>
          <w:trHeight w:val="383"/>
          <w:jc w:val="center"/>
        </w:trPr>
        <w:tc>
          <w:tcPr>
            <w:tcW w:w="984" w:type="dxa"/>
            <w:vAlign w:val="center"/>
          </w:tcPr>
          <w:p w14:paraId="390A5E50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1.2.6/19</w:t>
            </w:r>
          </w:p>
        </w:tc>
        <w:tc>
          <w:tcPr>
            <w:tcW w:w="3866" w:type="dxa"/>
            <w:vAlign w:val="center"/>
          </w:tcPr>
          <w:p w14:paraId="5DD0FC73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Malware analysis.</w:t>
            </w:r>
          </w:p>
        </w:tc>
        <w:tc>
          <w:tcPr>
            <w:tcW w:w="2955" w:type="dxa"/>
            <w:vAlign w:val="center"/>
          </w:tcPr>
          <w:p w14:paraId="3571BC5E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53" w:type="dxa"/>
            <w:vAlign w:val="center"/>
          </w:tcPr>
          <w:p w14:paraId="67542DE6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20646" w:rsidRPr="00334F34" w14:paraId="165E348C" w14:textId="77777777" w:rsidTr="00913CC5">
        <w:trPr>
          <w:trHeight w:val="383"/>
          <w:jc w:val="center"/>
        </w:trPr>
        <w:tc>
          <w:tcPr>
            <w:tcW w:w="984" w:type="dxa"/>
            <w:vAlign w:val="center"/>
          </w:tcPr>
          <w:p w14:paraId="0B2C296D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1.2.6/20</w:t>
            </w:r>
          </w:p>
        </w:tc>
        <w:tc>
          <w:tcPr>
            <w:tcW w:w="3866" w:type="dxa"/>
            <w:vAlign w:val="center"/>
          </w:tcPr>
          <w:p w14:paraId="383DE9E1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Hardening.</w:t>
            </w:r>
          </w:p>
        </w:tc>
        <w:tc>
          <w:tcPr>
            <w:tcW w:w="2955" w:type="dxa"/>
            <w:vAlign w:val="center"/>
          </w:tcPr>
          <w:p w14:paraId="3A4227D1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53" w:type="dxa"/>
            <w:vAlign w:val="center"/>
          </w:tcPr>
          <w:p w14:paraId="16FE56EB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20646" w:rsidRPr="00334F34" w14:paraId="1412814A" w14:textId="77777777" w:rsidTr="00913CC5">
        <w:trPr>
          <w:trHeight w:val="383"/>
          <w:jc w:val="center"/>
        </w:trPr>
        <w:tc>
          <w:tcPr>
            <w:tcW w:w="984" w:type="dxa"/>
            <w:vAlign w:val="center"/>
          </w:tcPr>
          <w:p w14:paraId="3712ADD6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1.2.6/21</w:t>
            </w:r>
          </w:p>
        </w:tc>
        <w:tc>
          <w:tcPr>
            <w:tcW w:w="3866" w:type="dxa"/>
            <w:vAlign w:val="center"/>
          </w:tcPr>
          <w:p w14:paraId="62A3AF73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Python/PowerShell/Bash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güvenlik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otomasyonu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955" w:type="dxa"/>
            <w:vAlign w:val="center"/>
          </w:tcPr>
          <w:p w14:paraId="3C8EBE45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53" w:type="dxa"/>
            <w:vAlign w:val="center"/>
          </w:tcPr>
          <w:p w14:paraId="4B2641B2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20646" w:rsidRPr="00334F34" w14:paraId="52532F16" w14:textId="77777777" w:rsidTr="00913CC5">
        <w:trPr>
          <w:trHeight w:val="383"/>
          <w:jc w:val="center"/>
        </w:trPr>
        <w:tc>
          <w:tcPr>
            <w:tcW w:w="984" w:type="dxa"/>
            <w:vAlign w:val="center"/>
          </w:tcPr>
          <w:p w14:paraId="24F6AB55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1.2.6/22</w:t>
            </w:r>
          </w:p>
        </w:tc>
        <w:tc>
          <w:tcPr>
            <w:tcW w:w="3866" w:type="dxa"/>
            <w:vAlign w:val="center"/>
          </w:tcPr>
          <w:p w14:paraId="26179F3E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MITRE ATT&amp;CK, Cyber Kill Chain, OWASP.</w:t>
            </w:r>
          </w:p>
        </w:tc>
        <w:tc>
          <w:tcPr>
            <w:tcW w:w="2955" w:type="dxa"/>
            <w:vAlign w:val="center"/>
          </w:tcPr>
          <w:p w14:paraId="7344CC4F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53" w:type="dxa"/>
            <w:vAlign w:val="center"/>
          </w:tcPr>
          <w:p w14:paraId="315EFB25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20646" w:rsidRPr="00334F34" w14:paraId="34444447" w14:textId="77777777" w:rsidTr="00913CC5">
        <w:trPr>
          <w:trHeight w:val="383"/>
          <w:jc w:val="center"/>
        </w:trPr>
        <w:tc>
          <w:tcPr>
            <w:tcW w:w="984" w:type="dxa"/>
            <w:vAlign w:val="center"/>
          </w:tcPr>
          <w:p w14:paraId="5C42524E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1.2.6/23</w:t>
            </w:r>
          </w:p>
        </w:tc>
        <w:tc>
          <w:tcPr>
            <w:tcW w:w="3866" w:type="dxa"/>
            <w:vAlign w:val="center"/>
          </w:tcPr>
          <w:p w14:paraId="775C6914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Risk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analizi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güvenlik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mimarisi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ve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politika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955" w:type="dxa"/>
            <w:vAlign w:val="center"/>
          </w:tcPr>
          <w:p w14:paraId="2F380FF0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53" w:type="dxa"/>
            <w:vAlign w:val="center"/>
          </w:tcPr>
          <w:p w14:paraId="14C844C7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20646" w:rsidRPr="00334F34" w14:paraId="6C736ECD" w14:textId="77777777" w:rsidTr="00913CC5">
        <w:trPr>
          <w:trHeight w:val="383"/>
          <w:jc w:val="center"/>
        </w:trPr>
        <w:tc>
          <w:tcPr>
            <w:tcW w:w="984" w:type="dxa"/>
            <w:vAlign w:val="center"/>
          </w:tcPr>
          <w:p w14:paraId="39FC29C4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1.2.6/24</w:t>
            </w:r>
          </w:p>
        </w:tc>
        <w:tc>
          <w:tcPr>
            <w:tcW w:w="3866" w:type="dxa"/>
            <w:vAlign w:val="center"/>
          </w:tcPr>
          <w:p w14:paraId="19DB131B" w14:textId="4C932C41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Loglama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ve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güvenlik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süreçleri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955" w:type="dxa"/>
            <w:vAlign w:val="center"/>
          </w:tcPr>
          <w:p w14:paraId="0478B08E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53" w:type="dxa"/>
            <w:vAlign w:val="center"/>
          </w:tcPr>
          <w:p w14:paraId="2519DE7A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20646" w:rsidRPr="00334F34" w14:paraId="1C50459A" w14:textId="77777777" w:rsidTr="00913CC5">
        <w:trPr>
          <w:trHeight w:val="383"/>
          <w:jc w:val="center"/>
        </w:trPr>
        <w:tc>
          <w:tcPr>
            <w:tcW w:w="984" w:type="dxa"/>
            <w:vAlign w:val="center"/>
          </w:tcPr>
          <w:p w14:paraId="236EB0ED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4F3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1.2.6/25</w:t>
            </w:r>
          </w:p>
        </w:tc>
        <w:tc>
          <w:tcPr>
            <w:tcW w:w="3866" w:type="dxa"/>
            <w:vAlign w:val="center"/>
          </w:tcPr>
          <w:p w14:paraId="688630B6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Veri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sınıflandırma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, DLP,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şifreleme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955" w:type="dxa"/>
            <w:vAlign w:val="center"/>
          </w:tcPr>
          <w:p w14:paraId="7F07B44B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53" w:type="dxa"/>
            <w:vAlign w:val="center"/>
          </w:tcPr>
          <w:p w14:paraId="659C9CF3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20646" w:rsidRPr="00334F34" w14:paraId="210FE68C" w14:textId="77777777" w:rsidTr="00913CC5">
        <w:trPr>
          <w:trHeight w:val="383"/>
          <w:jc w:val="center"/>
        </w:trPr>
        <w:tc>
          <w:tcPr>
            <w:tcW w:w="984" w:type="dxa"/>
            <w:vAlign w:val="center"/>
          </w:tcPr>
          <w:p w14:paraId="4E8AD892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1.2.6/26</w:t>
            </w:r>
          </w:p>
        </w:tc>
        <w:tc>
          <w:tcPr>
            <w:tcW w:w="3866" w:type="dxa"/>
            <w:vAlign w:val="center"/>
          </w:tcPr>
          <w:p w14:paraId="3FA338A6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Veri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tabanı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güvenliği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ve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erişim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kontrolü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955" w:type="dxa"/>
            <w:vAlign w:val="center"/>
          </w:tcPr>
          <w:p w14:paraId="73C10973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53" w:type="dxa"/>
            <w:vAlign w:val="center"/>
          </w:tcPr>
          <w:p w14:paraId="4F94761D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20646" w:rsidRPr="00334F34" w14:paraId="4D07DB84" w14:textId="77777777" w:rsidTr="00913CC5">
        <w:trPr>
          <w:trHeight w:val="362"/>
          <w:jc w:val="center"/>
        </w:trPr>
        <w:tc>
          <w:tcPr>
            <w:tcW w:w="984" w:type="dxa"/>
            <w:vAlign w:val="center"/>
          </w:tcPr>
          <w:p w14:paraId="7A0C3EE1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1.2.6/27</w:t>
            </w:r>
          </w:p>
        </w:tc>
        <w:tc>
          <w:tcPr>
            <w:tcW w:w="3866" w:type="dxa"/>
            <w:vAlign w:val="center"/>
          </w:tcPr>
          <w:p w14:paraId="42D53C84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Teknik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dokümantasyon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ve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raporlama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955" w:type="dxa"/>
            <w:vAlign w:val="center"/>
          </w:tcPr>
          <w:p w14:paraId="097F7AAF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53" w:type="dxa"/>
            <w:vAlign w:val="center"/>
          </w:tcPr>
          <w:p w14:paraId="7A92402C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659BD3C5" w14:textId="77777777" w:rsidR="00A21F74" w:rsidRDefault="00A21F74" w:rsidP="009F2C81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14:paraId="2CCF1E7C" w14:textId="451584FE" w:rsidR="00876055" w:rsidRPr="00334F34" w:rsidRDefault="00983634" w:rsidP="009F2C8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334F34">
        <w:rPr>
          <w:rFonts w:ascii="Times New Roman" w:hAnsi="Times New Roman" w:cs="Times New Roman"/>
          <w:b/>
          <w:sz w:val="20"/>
          <w:szCs w:val="20"/>
        </w:rPr>
        <w:t>B. TERCİHEN ARANAN NİTELİKLER</w:t>
      </w: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894"/>
        <w:gridCol w:w="3921"/>
        <w:gridCol w:w="3925"/>
        <w:gridCol w:w="2050"/>
      </w:tblGrid>
      <w:tr w:rsidR="003B454C" w:rsidRPr="00334F34" w14:paraId="73A99100" w14:textId="77777777" w:rsidTr="00E671B9">
        <w:trPr>
          <w:trHeight w:val="469"/>
          <w:jc w:val="center"/>
        </w:trPr>
        <w:tc>
          <w:tcPr>
            <w:tcW w:w="894" w:type="dxa"/>
            <w:shd w:val="clear" w:color="auto" w:fill="B4C6E7"/>
            <w:vAlign w:val="center"/>
          </w:tcPr>
          <w:p w14:paraId="20D149CC" w14:textId="77777777" w:rsidR="003B454C" w:rsidRPr="00334F34" w:rsidRDefault="003B454C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İlan </w:t>
            </w:r>
            <w:proofErr w:type="spellStart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>Madde</w:t>
            </w:r>
            <w:proofErr w:type="spellEnd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No</w:t>
            </w:r>
          </w:p>
        </w:tc>
        <w:tc>
          <w:tcPr>
            <w:tcW w:w="3921" w:type="dxa"/>
            <w:shd w:val="clear" w:color="auto" w:fill="B4C6E7"/>
            <w:vAlign w:val="center"/>
          </w:tcPr>
          <w:p w14:paraId="1808ED48" w14:textId="77777777" w:rsidR="003B454C" w:rsidRPr="00334F34" w:rsidRDefault="003B454C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>Şart</w:t>
            </w:r>
            <w:proofErr w:type="spellEnd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/ </w:t>
            </w:r>
            <w:proofErr w:type="spellStart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>Yetkinlik</w:t>
            </w:r>
            <w:proofErr w:type="spellEnd"/>
          </w:p>
        </w:tc>
        <w:tc>
          <w:tcPr>
            <w:tcW w:w="3925" w:type="dxa"/>
            <w:shd w:val="clear" w:color="auto" w:fill="B4C6E7"/>
            <w:vAlign w:val="center"/>
          </w:tcPr>
          <w:p w14:paraId="2983924A" w14:textId="77777777" w:rsidR="003B454C" w:rsidRPr="00334F34" w:rsidRDefault="003B454C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>Adayın</w:t>
            </w:r>
            <w:proofErr w:type="spellEnd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>Açıklaması</w:t>
            </w:r>
            <w:proofErr w:type="spellEnd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(Proje/</w:t>
            </w:r>
            <w:proofErr w:type="spellStart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>Kurum</w:t>
            </w:r>
            <w:proofErr w:type="spellEnd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>/</w:t>
            </w:r>
            <w:proofErr w:type="spellStart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>Teknoloji</w:t>
            </w:r>
            <w:proofErr w:type="spellEnd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>/</w:t>
            </w:r>
            <w:proofErr w:type="spellStart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>Görev</w:t>
            </w:r>
            <w:proofErr w:type="spellEnd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2050" w:type="dxa"/>
            <w:shd w:val="clear" w:color="auto" w:fill="B4C6E7"/>
            <w:vAlign w:val="center"/>
          </w:tcPr>
          <w:p w14:paraId="378FDE06" w14:textId="77777777" w:rsidR="003B454C" w:rsidRPr="00334F34" w:rsidRDefault="003B454C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>Belge</w:t>
            </w:r>
            <w:proofErr w:type="spellEnd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/ </w:t>
            </w:r>
            <w:proofErr w:type="spellStart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>Kanıt</w:t>
            </w:r>
            <w:proofErr w:type="spellEnd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(</w:t>
            </w:r>
            <w:proofErr w:type="spellStart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>Belge</w:t>
            </w:r>
            <w:proofErr w:type="spellEnd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>adı</w:t>
            </w:r>
            <w:proofErr w:type="spellEnd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>/</w:t>
            </w:r>
            <w:proofErr w:type="spellStart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>tarih</w:t>
            </w:r>
            <w:proofErr w:type="spellEnd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>/</w:t>
            </w:r>
            <w:proofErr w:type="spellStart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>kurum</w:t>
            </w:r>
            <w:proofErr w:type="spellEnd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>)</w:t>
            </w:r>
          </w:p>
        </w:tc>
      </w:tr>
      <w:tr w:rsidR="003B454C" w:rsidRPr="00334F34" w14:paraId="00199594" w14:textId="77777777" w:rsidTr="00E671B9">
        <w:trPr>
          <w:trHeight w:val="482"/>
          <w:jc w:val="center"/>
        </w:trPr>
        <w:tc>
          <w:tcPr>
            <w:tcW w:w="894" w:type="dxa"/>
            <w:vAlign w:val="center"/>
          </w:tcPr>
          <w:p w14:paraId="4B2CAB8E" w14:textId="77777777" w:rsidR="003B454C" w:rsidRPr="00334F34" w:rsidRDefault="003B454C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1.2.6/T1</w:t>
            </w:r>
          </w:p>
        </w:tc>
        <w:tc>
          <w:tcPr>
            <w:tcW w:w="3921" w:type="dxa"/>
            <w:vAlign w:val="center"/>
          </w:tcPr>
          <w:p w14:paraId="0BBE387C" w14:textId="77777777" w:rsidR="003B454C" w:rsidRPr="00334F34" w:rsidRDefault="003B454C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ISO 27001 BGYS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ve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denetim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925" w:type="dxa"/>
            <w:vAlign w:val="center"/>
          </w:tcPr>
          <w:p w14:paraId="1B89B4FB" w14:textId="77777777" w:rsidR="003B454C" w:rsidRPr="00334F34" w:rsidRDefault="003B454C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50" w:type="dxa"/>
            <w:vAlign w:val="center"/>
          </w:tcPr>
          <w:p w14:paraId="0CF0C30D" w14:textId="77777777" w:rsidR="003B454C" w:rsidRPr="00334F34" w:rsidRDefault="003B454C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B454C" w:rsidRPr="00334F34" w14:paraId="10D5A901" w14:textId="77777777" w:rsidTr="00E671B9">
        <w:trPr>
          <w:trHeight w:val="482"/>
          <w:jc w:val="center"/>
        </w:trPr>
        <w:tc>
          <w:tcPr>
            <w:tcW w:w="894" w:type="dxa"/>
            <w:vAlign w:val="center"/>
          </w:tcPr>
          <w:p w14:paraId="708BF1D4" w14:textId="77777777" w:rsidR="003B454C" w:rsidRPr="00334F34" w:rsidRDefault="003B454C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1.2.6/T2</w:t>
            </w:r>
          </w:p>
        </w:tc>
        <w:tc>
          <w:tcPr>
            <w:tcW w:w="3921" w:type="dxa"/>
            <w:vAlign w:val="center"/>
          </w:tcPr>
          <w:p w14:paraId="43C95285" w14:textId="77777777" w:rsidR="003B454C" w:rsidRPr="00334F34" w:rsidRDefault="003B454C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HSM.</w:t>
            </w:r>
          </w:p>
        </w:tc>
        <w:tc>
          <w:tcPr>
            <w:tcW w:w="3925" w:type="dxa"/>
            <w:vAlign w:val="center"/>
          </w:tcPr>
          <w:p w14:paraId="1D6F8D36" w14:textId="77777777" w:rsidR="003B454C" w:rsidRPr="00334F34" w:rsidRDefault="003B454C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50" w:type="dxa"/>
            <w:vAlign w:val="center"/>
          </w:tcPr>
          <w:p w14:paraId="5B8922BD" w14:textId="77777777" w:rsidR="003B454C" w:rsidRPr="00334F34" w:rsidRDefault="003B454C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B454C" w:rsidRPr="00334F34" w14:paraId="5B6DBAD4" w14:textId="77777777" w:rsidTr="00E671B9">
        <w:trPr>
          <w:trHeight w:val="482"/>
          <w:jc w:val="center"/>
        </w:trPr>
        <w:tc>
          <w:tcPr>
            <w:tcW w:w="894" w:type="dxa"/>
            <w:vAlign w:val="center"/>
          </w:tcPr>
          <w:p w14:paraId="6FC132FF" w14:textId="77777777" w:rsidR="003B454C" w:rsidRPr="00334F34" w:rsidRDefault="003B454C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1.2.6/T3</w:t>
            </w:r>
          </w:p>
        </w:tc>
        <w:tc>
          <w:tcPr>
            <w:tcW w:w="3921" w:type="dxa"/>
            <w:vAlign w:val="center"/>
          </w:tcPr>
          <w:p w14:paraId="61CE6436" w14:textId="77777777" w:rsidR="003B454C" w:rsidRPr="00334F34" w:rsidRDefault="003B454C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VMware/Hyper-V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güvenliği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925" w:type="dxa"/>
            <w:vAlign w:val="center"/>
          </w:tcPr>
          <w:p w14:paraId="45E743F5" w14:textId="77777777" w:rsidR="003B454C" w:rsidRPr="00334F34" w:rsidRDefault="003B454C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50" w:type="dxa"/>
            <w:vAlign w:val="center"/>
          </w:tcPr>
          <w:p w14:paraId="5426EDC3" w14:textId="77777777" w:rsidR="003B454C" w:rsidRPr="00334F34" w:rsidRDefault="003B454C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B454C" w:rsidRPr="00334F34" w14:paraId="74E3BD4B" w14:textId="77777777" w:rsidTr="00E671B9">
        <w:trPr>
          <w:trHeight w:val="482"/>
          <w:jc w:val="center"/>
        </w:trPr>
        <w:tc>
          <w:tcPr>
            <w:tcW w:w="894" w:type="dxa"/>
            <w:vAlign w:val="center"/>
          </w:tcPr>
          <w:p w14:paraId="1BA542D7" w14:textId="77777777" w:rsidR="003B454C" w:rsidRPr="00334F34" w:rsidRDefault="003B454C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1.2.6/T4</w:t>
            </w:r>
          </w:p>
        </w:tc>
        <w:tc>
          <w:tcPr>
            <w:tcW w:w="3921" w:type="dxa"/>
            <w:vAlign w:val="center"/>
          </w:tcPr>
          <w:p w14:paraId="2E01F432" w14:textId="77777777" w:rsidR="003B454C" w:rsidRPr="00334F34" w:rsidRDefault="003B454C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Red Team/Blue Team.</w:t>
            </w:r>
          </w:p>
        </w:tc>
        <w:tc>
          <w:tcPr>
            <w:tcW w:w="3925" w:type="dxa"/>
            <w:vAlign w:val="center"/>
          </w:tcPr>
          <w:p w14:paraId="1C01DD96" w14:textId="77777777" w:rsidR="003B454C" w:rsidRPr="00334F34" w:rsidRDefault="003B454C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50" w:type="dxa"/>
            <w:vAlign w:val="center"/>
          </w:tcPr>
          <w:p w14:paraId="0E9E788B" w14:textId="77777777" w:rsidR="003B454C" w:rsidRPr="00334F34" w:rsidRDefault="003B454C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5FE1E2DA" w14:textId="77777777" w:rsidR="008A2879" w:rsidRDefault="008A2879" w:rsidP="009F2C81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14:paraId="77C8A1BB" w14:textId="77777777" w:rsidR="008A2879" w:rsidRPr="00A52A26" w:rsidRDefault="008A2879" w:rsidP="008A2879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tr-TR"/>
        </w:rPr>
      </w:pPr>
      <w:r>
        <w:rPr>
          <w:rFonts w:ascii="Times New Roman" w:eastAsia="Times New Roman" w:hAnsi="Times New Roman"/>
          <w:b/>
          <w:bCs/>
          <w:sz w:val="20"/>
          <w:szCs w:val="20"/>
          <w:lang w:eastAsia="tr-TR"/>
        </w:rPr>
        <w:t>C</w:t>
      </w:r>
      <w:r w:rsidRPr="00A52A26">
        <w:rPr>
          <w:rFonts w:ascii="Times New Roman" w:eastAsia="Times New Roman" w:hAnsi="Times New Roman"/>
          <w:b/>
          <w:bCs/>
          <w:sz w:val="20"/>
          <w:szCs w:val="20"/>
          <w:lang w:eastAsia="tr-TR"/>
        </w:rPr>
        <w:t>. MESLEKİ DENEYİM ÖZETİ</w:t>
      </w:r>
    </w:p>
    <w:tbl>
      <w:tblPr>
        <w:tblW w:w="1020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ook w:val="04A0" w:firstRow="1" w:lastRow="0" w:firstColumn="1" w:lastColumn="0" w:noHBand="0" w:noVBand="1"/>
      </w:tblPr>
      <w:tblGrid>
        <w:gridCol w:w="2040"/>
        <w:gridCol w:w="2040"/>
        <w:gridCol w:w="2040"/>
        <w:gridCol w:w="2040"/>
        <w:gridCol w:w="2040"/>
      </w:tblGrid>
      <w:tr w:rsidR="008A2879" w:rsidRPr="00464261" w14:paraId="077B946D" w14:textId="77777777" w:rsidTr="004F01E8"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F16949" w14:textId="77777777" w:rsidR="008A2879" w:rsidRPr="00A52A26" w:rsidRDefault="008A2879" w:rsidP="00527DC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  <w:proofErr w:type="spellStart"/>
            <w:r w:rsidRPr="00A52A2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tr-TR"/>
              </w:rPr>
              <w:t>Kurum</w:t>
            </w:r>
            <w:proofErr w:type="spellEnd"/>
            <w:r w:rsidRPr="00A52A2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tr-TR"/>
              </w:rPr>
              <w:t xml:space="preserve"> / </w:t>
            </w:r>
            <w:proofErr w:type="spellStart"/>
            <w:r w:rsidRPr="00A52A2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tr-TR"/>
              </w:rPr>
              <w:t>İşveren</w:t>
            </w:r>
            <w:proofErr w:type="spellEnd"/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60F427" w14:textId="77777777" w:rsidR="008A2879" w:rsidRPr="00A52A26" w:rsidRDefault="008A2879" w:rsidP="00527DC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  <w:proofErr w:type="spellStart"/>
            <w:r w:rsidRPr="00A52A2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tr-TR"/>
              </w:rPr>
              <w:t>Unvan</w:t>
            </w:r>
            <w:proofErr w:type="spellEnd"/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8365D1" w14:textId="77777777" w:rsidR="008A2879" w:rsidRPr="00A52A26" w:rsidRDefault="008A2879" w:rsidP="00527DC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  <w:proofErr w:type="spellStart"/>
            <w:r w:rsidRPr="00A52A2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tr-TR"/>
              </w:rPr>
              <w:t>Başlangıç</w:t>
            </w:r>
            <w:proofErr w:type="spellEnd"/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E5E11D" w14:textId="77777777" w:rsidR="008A2879" w:rsidRPr="00A52A26" w:rsidRDefault="008A2879" w:rsidP="00527DC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  <w:proofErr w:type="spellStart"/>
            <w:r w:rsidRPr="00A52A2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tr-TR"/>
              </w:rPr>
              <w:t>Bitiş</w:t>
            </w:r>
            <w:proofErr w:type="spellEnd"/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F9D560" w14:textId="77777777" w:rsidR="008A2879" w:rsidRPr="00A52A26" w:rsidRDefault="008A2879" w:rsidP="00527DC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  <w:proofErr w:type="spellStart"/>
            <w:r w:rsidRPr="00A52A2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tr-TR"/>
              </w:rPr>
              <w:t>Görev</w:t>
            </w:r>
            <w:proofErr w:type="spellEnd"/>
            <w:r w:rsidRPr="00A52A2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tr-TR"/>
              </w:rPr>
              <w:t xml:space="preserve"> ve Sorumluluk Özeti</w:t>
            </w:r>
          </w:p>
        </w:tc>
      </w:tr>
      <w:tr w:rsidR="00A21F74" w:rsidRPr="00464261" w14:paraId="3FFA51E7" w14:textId="77777777" w:rsidTr="004F01E8"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2B9B3A" w14:textId="77777777" w:rsidR="00A21F74" w:rsidRPr="00A52A26" w:rsidRDefault="00A21F74" w:rsidP="00527DC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EED0C5" w14:textId="77777777" w:rsidR="00A21F74" w:rsidRPr="00A52A26" w:rsidRDefault="00A21F74" w:rsidP="00527DC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CBE118" w14:textId="77777777" w:rsidR="00A21F74" w:rsidRPr="00A52A26" w:rsidRDefault="00A21F74" w:rsidP="00527DC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873327" w14:textId="77777777" w:rsidR="00A21F74" w:rsidRPr="00A52A26" w:rsidRDefault="00A21F74" w:rsidP="00527DC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C24C6A" w14:textId="77777777" w:rsidR="00A21F74" w:rsidRPr="00A52A26" w:rsidRDefault="00A21F74" w:rsidP="00527DC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tr-TR"/>
              </w:rPr>
            </w:pPr>
          </w:p>
        </w:tc>
      </w:tr>
      <w:tr w:rsidR="00A21F74" w:rsidRPr="00464261" w14:paraId="697F86CF" w14:textId="77777777" w:rsidTr="004F01E8"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37E2E1" w14:textId="77777777" w:rsidR="00A21F74" w:rsidRPr="00A52A26" w:rsidRDefault="00A21F74" w:rsidP="00527DC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07D097" w14:textId="77777777" w:rsidR="00A21F74" w:rsidRPr="00A52A26" w:rsidRDefault="00A21F74" w:rsidP="00527DC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DA1E8D" w14:textId="77777777" w:rsidR="00A21F74" w:rsidRPr="00A52A26" w:rsidRDefault="00A21F74" w:rsidP="00527DC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D2DE10" w14:textId="77777777" w:rsidR="00A21F74" w:rsidRPr="00A52A26" w:rsidRDefault="00A21F74" w:rsidP="00527DC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9DF9A9" w14:textId="77777777" w:rsidR="00A21F74" w:rsidRPr="00A52A26" w:rsidRDefault="00A21F74" w:rsidP="00527DC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tr-TR"/>
              </w:rPr>
            </w:pPr>
          </w:p>
        </w:tc>
      </w:tr>
      <w:tr w:rsidR="00A21F74" w:rsidRPr="00464261" w14:paraId="4604109D" w14:textId="77777777" w:rsidTr="004F01E8"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13BF68" w14:textId="77777777" w:rsidR="00A21F74" w:rsidRPr="00A52A26" w:rsidRDefault="00A21F74" w:rsidP="00527DC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A2F52A" w14:textId="77777777" w:rsidR="00A21F74" w:rsidRPr="00A52A26" w:rsidRDefault="00A21F74" w:rsidP="00527DC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A413D1" w14:textId="77777777" w:rsidR="00A21F74" w:rsidRPr="00A52A26" w:rsidRDefault="00A21F74" w:rsidP="00527DC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98FE4F" w14:textId="77777777" w:rsidR="00A21F74" w:rsidRPr="00A52A26" w:rsidRDefault="00A21F74" w:rsidP="00527DC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60FE2F" w14:textId="77777777" w:rsidR="00A21F74" w:rsidRPr="00A52A26" w:rsidRDefault="00A21F74" w:rsidP="00527DC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tr-TR"/>
              </w:rPr>
            </w:pPr>
          </w:p>
        </w:tc>
      </w:tr>
      <w:tr w:rsidR="00A21F74" w:rsidRPr="00464261" w14:paraId="4EE486A4" w14:textId="77777777" w:rsidTr="004F01E8"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D4537F" w14:textId="77777777" w:rsidR="00A21F74" w:rsidRPr="00A52A26" w:rsidRDefault="00A21F74" w:rsidP="00527DC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9413B2" w14:textId="77777777" w:rsidR="00A21F74" w:rsidRPr="00A52A26" w:rsidRDefault="00A21F74" w:rsidP="00527DC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C43DFF" w14:textId="77777777" w:rsidR="00A21F74" w:rsidRPr="00A52A26" w:rsidRDefault="00A21F74" w:rsidP="00527DC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8B5186" w14:textId="77777777" w:rsidR="00A21F74" w:rsidRPr="00A52A26" w:rsidRDefault="00A21F74" w:rsidP="00527DC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C3857B" w14:textId="77777777" w:rsidR="00A21F74" w:rsidRPr="00A52A26" w:rsidRDefault="00A21F74" w:rsidP="00527DC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tr-TR"/>
              </w:rPr>
            </w:pPr>
          </w:p>
        </w:tc>
      </w:tr>
      <w:tr w:rsidR="00A21F74" w:rsidRPr="00464261" w14:paraId="29CCF2F3" w14:textId="77777777" w:rsidTr="004F01E8"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AD2A04" w14:textId="77777777" w:rsidR="00A21F74" w:rsidRPr="00A52A26" w:rsidRDefault="00A21F74" w:rsidP="00527DC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31CE65" w14:textId="77777777" w:rsidR="00A21F74" w:rsidRPr="00A52A26" w:rsidRDefault="00A21F74" w:rsidP="00527DC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C7C4BF" w14:textId="77777777" w:rsidR="00A21F74" w:rsidRPr="00A52A26" w:rsidRDefault="00A21F74" w:rsidP="00527DC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D394DF" w14:textId="77777777" w:rsidR="00A21F74" w:rsidRPr="00A52A26" w:rsidRDefault="00A21F74" w:rsidP="00527DC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0325C7" w14:textId="77777777" w:rsidR="00A21F74" w:rsidRPr="00A52A26" w:rsidRDefault="00A21F74" w:rsidP="00527DC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tr-TR"/>
              </w:rPr>
            </w:pPr>
          </w:p>
        </w:tc>
      </w:tr>
    </w:tbl>
    <w:p w14:paraId="5FDC0C93" w14:textId="77777777" w:rsidR="004F01E8" w:rsidRDefault="004F01E8" w:rsidP="008A2879">
      <w:pPr>
        <w:spacing w:after="0" w:line="240" w:lineRule="auto"/>
        <w:rPr>
          <w:rFonts w:ascii="Times New Roman" w:eastAsia="Times New Roman" w:hAnsi="Times New Roman"/>
          <w:b/>
          <w:bCs/>
          <w:sz w:val="20"/>
          <w:szCs w:val="20"/>
          <w:lang w:eastAsia="tr-TR"/>
        </w:rPr>
      </w:pPr>
    </w:p>
    <w:p w14:paraId="46E33A2F" w14:textId="009E9C3A" w:rsidR="008A2879" w:rsidRPr="00A52A26" w:rsidRDefault="008A2879" w:rsidP="008A2879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tr-TR"/>
        </w:rPr>
      </w:pPr>
      <w:r>
        <w:rPr>
          <w:rFonts w:ascii="Times New Roman" w:eastAsia="Times New Roman" w:hAnsi="Times New Roman"/>
          <w:b/>
          <w:bCs/>
          <w:sz w:val="20"/>
          <w:szCs w:val="20"/>
          <w:lang w:eastAsia="tr-TR"/>
        </w:rPr>
        <w:t>D</w:t>
      </w:r>
      <w:r w:rsidRPr="00A52A26">
        <w:rPr>
          <w:rFonts w:ascii="Times New Roman" w:eastAsia="Times New Roman" w:hAnsi="Times New Roman"/>
          <w:b/>
          <w:bCs/>
          <w:sz w:val="20"/>
          <w:szCs w:val="20"/>
          <w:lang w:eastAsia="tr-TR"/>
        </w:rPr>
        <w:t>. SERTİFİKA / BELGE BİLGİLERİ</w:t>
      </w:r>
    </w:p>
    <w:tbl>
      <w:tblPr>
        <w:tblW w:w="1020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ook w:val="04A0" w:firstRow="1" w:lastRow="0" w:firstColumn="1" w:lastColumn="0" w:noHBand="0" w:noVBand="1"/>
      </w:tblPr>
      <w:tblGrid>
        <w:gridCol w:w="2040"/>
        <w:gridCol w:w="2040"/>
        <w:gridCol w:w="2040"/>
        <w:gridCol w:w="2040"/>
        <w:gridCol w:w="2040"/>
      </w:tblGrid>
      <w:tr w:rsidR="008A2879" w:rsidRPr="00464261" w14:paraId="65B4E6D5" w14:textId="77777777" w:rsidTr="004F01E8"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3BEEC0" w14:textId="77777777" w:rsidR="008A2879" w:rsidRPr="00A52A26" w:rsidRDefault="008A2879" w:rsidP="00527DC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  <w:proofErr w:type="spellStart"/>
            <w:r w:rsidRPr="00A52A2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tr-TR"/>
              </w:rPr>
              <w:t>Sertifika</w:t>
            </w:r>
            <w:proofErr w:type="spellEnd"/>
            <w:r w:rsidRPr="00A52A2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tr-TR"/>
              </w:rPr>
              <w:t xml:space="preserve"> / </w:t>
            </w:r>
            <w:proofErr w:type="spellStart"/>
            <w:r w:rsidRPr="00A52A2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tr-TR"/>
              </w:rPr>
              <w:t>Belge</w:t>
            </w:r>
            <w:proofErr w:type="spellEnd"/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42EEC7" w14:textId="77777777" w:rsidR="008A2879" w:rsidRPr="00A52A26" w:rsidRDefault="008A2879" w:rsidP="00527DC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  <w:proofErr w:type="spellStart"/>
            <w:r w:rsidRPr="00A52A2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tr-TR"/>
              </w:rPr>
              <w:t>Kuruluş</w:t>
            </w:r>
            <w:proofErr w:type="spellEnd"/>
            <w:r w:rsidRPr="00A52A2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tr-TR"/>
              </w:rPr>
              <w:t xml:space="preserve"> / </w:t>
            </w:r>
            <w:proofErr w:type="spellStart"/>
            <w:r w:rsidRPr="00A52A2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tr-TR"/>
              </w:rPr>
              <w:t>Üretici</w:t>
            </w:r>
            <w:proofErr w:type="spellEnd"/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CF1684" w14:textId="77777777" w:rsidR="008A2879" w:rsidRPr="00A52A26" w:rsidRDefault="008A2879" w:rsidP="00527DC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  <w:proofErr w:type="spellStart"/>
            <w:r w:rsidRPr="00A52A2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tr-TR"/>
              </w:rPr>
              <w:t>Belge</w:t>
            </w:r>
            <w:proofErr w:type="spellEnd"/>
            <w:r w:rsidRPr="00A52A2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tr-TR"/>
              </w:rPr>
              <w:t xml:space="preserve"> No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9FB812" w14:textId="77777777" w:rsidR="008A2879" w:rsidRPr="00A52A26" w:rsidRDefault="008A2879" w:rsidP="00527DC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  <w:proofErr w:type="spellStart"/>
            <w:r w:rsidRPr="00A52A2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tr-TR"/>
              </w:rPr>
              <w:t>Tarih</w:t>
            </w:r>
            <w:proofErr w:type="spellEnd"/>
            <w:r w:rsidRPr="00A52A2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tr-TR"/>
              </w:rPr>
              <w:t xml:space="preserve"> / </w:t>
            </w:r>
            <w:proofErr w:type="spellStart"/>
            <w:r w:rsidRPr="00A52A2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tr-TR"/>
              </w:rPr>
              <w:t>Geçerlilik</w:t>
            </w:r>
            <w:proofErr w:type="spellEnd"/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655684" w14:textId="77777777" w:rsidR="008A2879" w:rsidRPr="00A52A26" w:rsidRDefault="008A2879" w:rsidP="00527DC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  <w:proofErr w:type="spellStart"/>
            <w:r w:rsidRPr="00A52A2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tr-TR"/>
              </w:rPr>
              <w:t>Açıklama</w:t>
            </w:r>
            <w:proofErr w:type="spellEnd"/>
          </w:p>
        </w:tc>
      </w:tr>
      <w:tr w:rsidR="00A21F74" w:rsidRPr="00464261" w14:paraId="72DBB254" w14:textId="77777777" w:rsidTr="004F01E8"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E986B0" w14:textId="77777777" w:rsidR="00A21F74" w:rsidRPr="00A52A26" w:rsidRDefault="00A21F74" w:rsidP="00527DC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E0F6D6" w14:textId="77777777" w:rsidR="00A21F74" w:rsidRPr="00A52A26" w:rsidRDefault="00A21F74" w:rsidP="00527DC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6A54F9" w14:textId="77777777" w:rsidR="00A21F74" w:rsidRPr="00A52A26" w:rsidRDefault="00A21F74" w:rsidP="00527DC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4A9725" w14:textId="77777777" w:rsidR="00A21F74" w:rsidRPr="00A52A26" w:rsidRDefault="00A21F74" w:rsidP="00527DC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95333F" w14:textId="77777777" w:rsidR="00A21F74" w:rsidRPr="00A52A26" w:rsidRDefault="00A21F74" w:rsidP="00527DC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tr-TR"/>
              </w:rPr>
            </w:pPr>
          </w:p>
        </w:tc>
      </w:tr>
      <w:tr w:rsidR="00A21F74" w:rsidRPr="00464261" w14:paraId="053FC837" w14:textId="77777777" w:rsidTr="004F01E8"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450207" w14:textId="77777777" w:rsidR="00A21F74" w:rsidRPr="00A52A26" w:rsidRDefault="00A21F74" w:rsidP="00527DC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6B8CF9" w14:textId="77777777" w:rsidR="00A21F74" w:rsidRPr="00A52A26" w:rsidRDefault="00A21F74" w:rsidP="00527DC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0C22C5" w14:textId="77777777" w:rsidR="00A21F74" w:rsidRPr="00A52A26" w:rsidRDefault="00A21F74" w:rsidP="00527DC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9EB222" w14:textId="77777777" w:rsidR="00A21F74" w:rsidRPr="00A52A26" w:rsidRDefault="00A21F74" w:rsidP="00527DC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24C900" w14:textId="77777777" w:rsidR="00A21F74" w:rsidRPr="00A52A26" w:rsidRDefault="00A21F74" w:rsidP="00527DC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tr-TR"/>
              </w:rPr>
            </w:pPr>
          </w:p>
        </w:tc>
      </w:tr>
      <w:tr w:rsidR="00A21F74" w:rsidRPr="00464261" w14:paraId="09F37592" w14:textId="77777777" w:rsidTr="004F01E8"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C68076" w14:textId="77777777" w:rsidR="00A21F74" w:rsidRPr="00A52A26" w:rsidRDefault="00A21F74" w:rsidP="00527DC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3AEEA2" w14:textId="77777777" w:rsidR="00A21F74" w:rsidRPr="00A52A26" w:rsidRDefault="00A21F74" w:rsidP="00527DC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E1866F" w14:textId="77777777" w:rsidR="00A21F74" w:rsidRPr="00A52A26" w:rsidRDefault="00A21F74" w:rsidP="00527DC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EF2909" w14:textId="77777777" w:rsidR="00A21F74" w:rsidRPr="00A52A26" w:rsidRDefault="00A21F74" w:rsidP="00527DC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0640E0" w14:textId="77777777" w:rsidR="00A21F74" w:rsidRPr="00A52A26" w:rsidRDefault="00A21F74" w:rsidP="00527DC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tr-TR"/>
              </w:rPr>
            </w:pPr>
          </w:p>
        </w:tc>
      </w:tr>
      <w:tr w:rsidR="00A21F74" w:rsidRPr="00464261" w14:paraId="08DC6EFC" w14:textId="77777777" w:rsidTr="004F01E8"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04072E" w14:textId="77777777" w:rsidR="00A21F74" w:rsidRPr="00A52A26" w:rsidRDefault="00A21F74" w:rsidP="00527DC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945997" w14:textId="77777777" w:rsidR="00A21F74" w:rsidRPr="00A52A26" w:rsidRDefault="00A21F74" w:rsidP="00527DC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3D9C4B" w14:textId="77777777" w:rsidR="00A21F74" w:rsidRPr="00A52A26" w:rsidRDefault="00A21F74" w:rsidP="00527DC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A1CA0D" w14:textId="77777777" w:rsidR="00A21F74" w:rsidRPr="00A52A26" w:rsidRDefault="00A21F74" w:rsidP="00527DC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D148A3" w14:textId="77777777" w:rsidR="00A21F74" w:rsidRPr="00A52A26" w:rsidRDefault="00A21F74" w:rsidP="00527DC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tr-TR"/>
              </w:rPr>
            </w:pPr>
          </w:p>
        </w:tc>
      </w:tr>
      <w:tr w:rsidR="00A21F74" w:rsidRPr="00464261" w14:paraId="4C79004C" w14:textId="77777777" w:rsidTr="004F01E8"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354A93" w14:textId="77777777" w:rsidR="00A21F74" w:rsidRPr="00A52A26" w:rsidRDefault="00A21F74" w:rsidP="00527DC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7ACE67" w14:textId="77777777" w:rsidR="00A21F74" w:rsidRPr="00A52A26" w:rsidRDefault="00A21F74" w:rsidP="00527DC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4D3FED" w14:textId="77777777" w:rsidR="00A21F74" w:rsidRPr="00A52A26" w:rsidRDefault="00A21F74" w:rsidP="00527DC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9A4044" w14:textId="77777777" w:rsidR="00A21F74" w:rsidRPr="00A52A26" w:rsidRDefault="00A21F74" w:rsidP="00527DC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A02A05" w14:textId="77777777" w:rsidR="00A21F74" w:rsidRPr="00A52A26" w:rsidRDefault="00A21F74" w:rsidP="00527DC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tr-TR"/>
              </w:rPr>
            </w:pPr>
          </w:p>
        </w:tc>
      </w:tr>
      <w:tr w:rsidR="00A21F74" w:rsidRPr="00464261" w14:paraId="62E1A2CB" w14:textId="77777777" w:rsidTr="004F01E8"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D53E99" w14:textId="77777777" w:rsidR="00A21F74" w:rsidRPr="00A52A26" w:rsidRDefault="00A21F74" w:rsidP="00527DC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CF66BF" w14:textId="77777777" w:rsidR="00A21F74" w:rsidRPr="00A52A26" w:rsidRDefault="00A21F74" w:rsidP="00527DC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A58E46" w14:textId="77777777" w:rsidR="00A21F74" w:rsidRPr="00A52A26" w:rsidRDefault="00A21F74" w:rsidP="00527DC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4FC197" w14:textId="77777777" w:rsidR="00A21F74" w:rsidRPr="00A52A26" w:rsidRDefault="00A21F74" w:rsidP="00527DC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C26D22" w14:textId="77777777" w:rsidR="00A21F74" w:rsidRPr="00A52A26" w:rsidRDefault="00A21F74" w:rsidP="00527DC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tr-TR"/>
              </w:rPr>
            </w:pPr>
          </w:p>
        </w:tc>
      </w:tr>
    </w:tbl>
    <w:p w14:paraId="51B5060E" w14:textId="77777777" w:rsidR="004F01E8" w:rsidRDefault="004F01E8" w:rsidP="008A2879">
      <w:pPr>
        <w:spacing w:after="0" w:line="240" w:lineRule="auto"/>
        <w:rPr>
          <w:rFonts w:ascii="Times New Roman" w:eastAsia="Times New Roman" w:hAnsi="Times New Roman"/>
          <w:b/>
          <w:bCs/>
          <w:sz w:val="20"/>
          <w:szCs w:val="20"/>
          <w:lang w:eastAsia="tr-TR"/>
        </w:rPr>
      </w:pPr>
    </w:p>
    <w:p w14:paraId="674C748C" w14:textId="17DB4364" w:rsidR="008A2879" w:rsidRPr="00A52A26" w:rsidRDefault="008A2879" w:rsidP="008A2879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tr-TR"/>
        </w:rPr>
      </w:pPr>
      <w:r>
        <w:rPr>
          <w:rFonts w:ascii="Times New Roman" w:eastAsia="Times New Roman" w:hAnsi="Times New Roman"/>
          <w:b/>
          <w:bCs/>
          <w:sz w:val="20"/>
          <w:szCs w:val="20"/>
          <w:lang w:eastAsia="tr-TR"/>
        </w:rPr>
        <w:t>E</w:t>
      </w:r>
      <w:r w:rsidRPr="00A52A26">
        <w:rPr>
          <w:rFonts w:ascii="Times New Roman" w:eastAsia="Times New Roman" w:hAnsi="Times New Roman"/>
          <w:b/>
          <w:bCs/>
          <w:sz w:val="20"/>
          <w:szCs w:val="20"/>
          <w:lang w:eastAsia="tr-TR"/>
        </w:rPr>
        <w:t>. ADAY BEYANI</w:t>
      </w:r>
    </w:p>
    <w:p w14:paraId="7B200F79" w14:textId="77777777" w:rsidR="008A2879" w:rsidRDefault="008A2879" w:rsidP="008A2879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tr-TR"/>
        </w:rPr>
      </w:pPr>
      <w:proofErr w:type="spellStart"/>
      <w:r w:rsidRPr="00A52A26">
        <w:rPr>
          <w:rFonts w:ascii="Times New Roman" w:eastAsia="Times New Roman" w:hAnsi="Times New Roman"/>
          <w:sz w:val="20"/>
          <w:szCs w:val="20"/>
          <w:lang w:eastAsia="tr-TR"/>
        </w:rPr>
        <w:t>Yukarıda</w:t>
      </w:r>
      <w:proofErr w:type="spellEnd"/>
      <w:r w:rsidRPr="00A52A26">
        <w:rPr>
          <w:rFonts w:ascii="Times New Roman" w:eastAsia="Times New Roman" w:hAnsi="Times New Roman"/>
          <w:sz w:val="20"/>
          <w:szCs w:val="20"/>
          <w:lang w:eastAsia="tr-TR"/>
        </w:rPr>
        <w:t xml:space="preserve"> </w:t>
      </w:r>
      <w:proofErr w:type="spellStart"/>
      <w:r w:rsidRPr="00A52A26">
        <w:rPr>
          <w:rFonts w:ascii="Times New Roman" w:eastAsia="Times New Roman" w:hAnsi="Times New Roman"/>
          <w:sz w:val="20"/>
          <w:szCs w:val="20"/>
          <w:lang w:eastAsia="tr-TR"/>
        </w:rPr>
        <w:t>vermiş</w:t>
      </w:r>
      <w:proofErr w:type="spellEnd"/>
      <w:r w:rsidRPr="00A52A26">
        <w:rPr>
          <w:rFonts w:ascii="Times New Roman" w:eastAsia="Times New Roman" w:hAnsi="Times New Roman"/>
          <w:sz w:val="20"/>
          <w:szCs w:val="20"/>
          <w:lang w:eastAsia="tr-TR"/>
        </w:rPr>
        <w:t xml:space="preserve"> </w:t>
      </w:r>
      <w:proofErr w:type="spellStart"/>
      <w:r w:rsidRPr="00A52A26">
        <w:rPr>
          <w:rFonts w:ascii="Times New Roman" w:eastAsia="Times New Roman" w:hAnsi="Times New Roman"/>
          <w:sz w:val="20"/>
          <w:szCs w:val="20"/>
          <w:lang w:eastAsia="tr-TR"/>
        </w:rPr>
        <w:t>olduğum</w:t>
      </w:r>
      <w:proofErr w:type="spellEnd"/>
      <w:r w:rsidRPr="00A52A26">
        <w:rPr>
          <w:rFonts w:ascii="Times New Roman" w:eastAsia="Times New Roman" w:hAnsi="Times New Roman"/>
          <w:sz w:val="20"/>
          <w:szCs w:val="20"/>
          <w:lang w:eastAsia="tr-TR"/>
        </w:rPr>
        <w:t xml:space="preserve"> </w:t>
      </w:r>
      <w:proofErr w:type="spellStart"/>
      <w:r w:rsidRPr="00A52A26">
        <w:rPr>
          <w:rFonts w:ascii="Times New Roman" w:eastAsia="Times New Roman" w:hAnsi="Times New Roman"/>
          <w:sz w:val="20"/>
          <w:szCs w:val="20"/>
          <w:lang w:eastAsia="tr-TR"/>
        </w:rPr>
        <w:t>bilgilerin</w:t>
      </w:r>
      <w:proofErr w:type="spellEnd"/>
      <w:r w:rsidRPr="00A52A26">
        <w:rPr>
          <w:rFonts w:ascii="Times New Roman" w:eastAsia="Times New Roman" w:hAnsi="Times New Roman"/>
          <w:sz w:val="20"/>
          <w:szCs w:val="20"/>
          <w:lang w:eastAsia="tr-TR"/>
        </w:rPr>
        <w:t xml:space="preserve"> </w:t>
      </w:r>
      <w:proofErr w:type="spellStart"/>
      <w:r w:rsidRPr="00A52A26">
        <w:rPr>
          <w:rFonts w:ascii="Times New Roman" w:eastAsia="Times New Roman" w:hAnsi="Times New Roman"/>
          <w:sz w:val="20"/>
          <w:szCs w:val="20"/>
          <w:lang w:eastAsia="tr-TR"/>
        </w:rPr>
        <w:t>doğru</w:t>
      </w:r>
      <w:proofErr w:type="spellEnd"/>
      <w:r w:rsidRPr="00A52A26">
        <w:rPr>
          <w:rFonts w:ascii="Times New Roman" w:eastAsia="Times New Roman" w:hAnsi="Times New Roman"/>
          <w:sz w:val="20"/>
          <w:szCs w:val="20"/>
          <w:lang w:eastAsia="tr-TR"/>
        </w:rPr>
        <w:t xml:space="preserve"> </w:t>
      </w:r>
      <w:proofErr w:type="spellStart"/>
      <w:r w:rsidRPr="00A52A26">
        <w:rPr>
          <w:rFonts w:ascii="Times New Roman" w:eastAsia="Times New Roman" w:hAnsi="Times New Roman"/>
          <w:sz w:val="20"/>
          <w:szCs w:val="20"/>
          <w:lang w:eastAsia="tr-TR"/>
        </w:rPr>
        <w:t>ve</w:t>
      </w:r>
      <w:proofErr w:type="spellEnd"/>
      <w:r w:rsidRPr="00A52A26">
        <w:rPr>
          <w:rFonts w:ascii="Times New Roman" w:eastAsia="Times New Roman" w:hAnsi="Times New Roman"/>
          <w:sz w:val="20"/>
          <w:szCs w:val="20"/>
          <w:lang w:eastAsia="tr-TR"/>
        </w:rPr>
        <w:t xml:space="preserve"> </w:t>
      </w:r>
      <w:proofErr w:type="spellStart"/>
      <w:r w:rsidRPr="00A52A26">
        <w:rPr>
          <w:rFonts w:ascii="Times New Roman" w:eastAsia="Times New Roman" w:hAnsi="Times New Roman"/>
          <w:sz w:val="20"/>
          <w:szCs w:val="20"/>
          <w:lang w:eastAsia="tr-TR"/>
        </w:rPr>
        <w:t>gerçeğe</w:t>
      </w:r>
      <w:proofErr w:type="spellEnd"/>
      <w:r w:rsidRPr="00A52A26">
        <w:rPr>
          <w:rFonts w:ascii="Times New Roman" w:eastAsia="Times New Roman" w:hAnsi="Times New Roman"/>
          <w:sz w:val="20"/>
          <w:szCs w:val="20"/>
          <w:lang w:eastAsia="tr-TR"/>
        </w:rPr>
        <w:t xml:space="preserve"> </w:t>
      </w:r>
      <w:proofErr w:type="spellStart"/>
      <w:r w:rsidRPr="00A52A26">
        <w:rPr>
          <w:rFonts w:ascii="Times New Roman" w:eastAsia="Times New Roman" w:hAnsi="Times New Roman"/>
          <w:sz w:val="20"/>
          <w:szCs w:val="20"/>
          <w:lang w:eastAsia="tr-TR"/>
        </w:rPr>
        <w:t>uygun</w:t>
      </w:r>
      <w:proofErr w:type="spellEnd"/>
      <w:r w:rsidRPr="00A52A26">
        <w:rPr>
          <w:rFonts w:ascii="Times New Roman" w:eastAsia="Times New Roman" w:hAnsi="Times New Roman"/>
          <w:sz w:val="20"/>
          <w:szCs w:val="20"/>
          <w:lang w:eastAsia="tr-TR"/>
        </w:rPr>
        <w:t xml:space="preserve"> </w:t>
      </w:r>
      <w:proofErr w:type="spellStart"/>
      <w:r w:rsidRPr="00A52A26">
        <w:rPr>
          <w:rFonts w:ascii="Times New Roman" w:eastAsia="Times New Roman" w:hAnsi="Times New Roman"/>
          <w:sz w:val="20"/>
          <w:szCs w:val="20"/>
          <w:lang w:eastAsia="tr-TR"/>
        </w:rPr>
        <w:t>olduğunu</w:t>
      </w:r>
      <w:proofErr w:type="spellEnd"/>
      <w:r w:rsidRPr="00A52A26">
        <w:rPr>
          <w:rFonts w:ascii="Times New Roman" w:eastAsia="Times New Roman" w:hAnsi="Times New Roman"/>
          <w:sz w:val="20"/>
          <w:szCs w:val="20"/>
          <w:lang w:eastAsia="tr-TR"/>
        </w:rPr>
        <w:t xml:space="preserve">; </w:t>
      </w:r>
      <w:proofErr w:type="spellStart"/>
      <w:r w:rsidRPr="00A52A26">
        <w:rPr>
          <w:rFonts w:ascii="Times New Roman" w:eastAsia="Times New Roman" w:hAnsi="Times New Roman"/>
          <w:sz w:val="20"/>
          <w:szCs w:val="20"/>
          <w:lang w:eastAsia="tr-TR"/>
        </w:rPr>
        <w:t>beyan</w:t>
      </w:r>
      <w:proofErr w:type="spellEnd"/>
      <w:r w:rsidRPr="00A52A26">
        <w:rPr>
          <w:rFonts w:ascii="Times New Roman" w:eastAsia="Times New Roman" w:hAnsi="Times New Roman"/>
          <w:sz w:val="20"/>
          <w:szCs w:val="20"/>
          <w:lang w:eastAsia="tr-TR"/>
        </w:rPr>
        <w:t xml:space="preserve"> </w:t>
      </w:r>
      <w:proofErr w:type="spellStart"/>
      <w:r w:rsidRPr="00A52A26">
        <w:rPr>
          <w:rFonts w:ascii="Times New Roman" w:eastAsia="Times New Roman" w:hAnsi="Times New Roman"/>
          <w:sz w:val="20"/>
          <w:szCs w:val="20"/>
          <w:lang w:eastAsia="tr-TR"/>
        </w:rPr>
        <w:t>ettiğim</w:t>
      </w:r>
      <w:proofErr w:type="spellEnd"/>
      <w:r w:rsidRPr="00A52A26">
        <w:rPr>
          <w:rFonts w:ascii="Times New Roman" w:eastAsia="Times New Roman" w:hAnsi="Times New Roman"/>
          <w:sz w:val="20"/>
          <w:szCs w:val="20"/>
          <w:lang w:eastAsia="tr-TR"/>
        </w:rPr>
        <w:t xml:space="preserve"> </w:t>
      </w:r>
      <w:proofErr w:type="spellStart"/>
      <w:r w:rsidRPr="00A52A26">
        <w:rPr>
          <w:rFonts w:ascii="Times New Roman" w:eastAsia="Times New Roman" w:hAnsi="Times New Roman"/>
          <w:sz w:val="20"/>
          <w:szCs w:val="20"/>
          <w:lang w:eastAsia="tr-TR"/>
        </w:rPr>
        <w:t>bilgi</w:t>
      </w:r>
      <w:proofErr w:type="spellEnd"/>
      <w:r w:rsidRPr="00A52A26">
        <w:rPr>
          <w:rFonts w:ascii="Times New Roman" w:eastAsia="Times New Roman" w:hAnsi="Times New Roman"/>
          <w:sz w:val="20"/>
          <w:szCs w:val="20"/>
          <w:lang w:eastAsia="tr-TR"/>
        </w:rPr>
        <w:t xml:space="preserve"> </w:t>
      </w:r>
      <w:proofErr w:type="spellStart"/>
      <w:r w:rsidRPr="00A52A26">
        <w:rPr>
          <w:rFonts w:ascii="Times New Roman" w:eastAsia="Times New Roman" w:hAnsi="Times New Roman"/>
          <w:sz w:val="20"/>
          <w:szCs w:val="20"/>
          <w:lang w:eastAsia="tr-TR"/>
        </w:rPr>
        <w:t>ve</w:t>
      </w:r>
      <w:proofErr w:type="spellEnd"/>
      <w:r w:rsidRPr="00A52A26">
        <w:rPr>
          <w:rFonts w:ascii="Times New Roman" w:eastAsia="Times New Roman" w:hAnsi="Times New Roman"/>
          <w:sz w:val="20"/>
          <w:szCs w:val="20"/>
          <w:lang w:eastAsia="tr-TR"/>
        </w:rPr>
        <w:t xml:space="preserve"> </w:t>
      </w:r>
      <w:proofErr w:type="spellStart"/>
      <w:r w:rsidRPr="00A52A26">
        <w:rPr>
          <w:rFonts w:ascii="Times New Roman" w:eastAsia="Times New Roman" w:hAnsi="Times New Roman"/>
          <w:sz w:val="20"/>
          <w:szCs w:val="20"/>
          <w:lang w:eastAsia="tr-TR"/>
        </w:rPr>
        <w:t>deneyimleri</w:t>
      </w:r>
      <w:proofErr w:type="spellEnd"/>
      <w:r w:rsidRPr="00A52A26">
        <w:rPr>
          <w:rFonts w:ascii="Times New Roman" w:eastAsia="Times New Roman" w:hAnsi="Times New Roman"/>
          <w:sz w:val="20"/>
          <w:szCs w:val="20"/>
          <w:lang w:eastAsia="tr-TR"/>
        </w:rPr>
        <w:t xml:space="preserve"> </w:t>
      </w:r>
      <w:proofErr w:type="spellStart"/>
      <w:r w:rsidRPr="00A52A26">
        <w:rPr>
          <w:rFonts w:ascii="Times New Roman" w:eastAsia="Times New Roman" w:hAnsi="Times New Roman"/>
          <w:sz w:val="20"/>
          <w:szCs w:val="20"/>
          <w:lang w:eastAsia="tr-TR"/>
        </w:rPr>
        <w:t>istenildiğinde</w:t>
      </w:r>
      <w:proofErr w:type="spellEnd"/>
      <w:r w:rsidRPr="00A52A26">
        <w:rPr>
          <w:rFonts w:ascii="Times New Roman" w:eastAsia="Times New Roman" w:hAnsi="Times New Roman"/>
          <w:sz w:val="20"/>
          <w:szCs w:val="20"/>
          <w:lang w:eastAsia="tr-TR"/>
        </w:rPr>
        <w:t xml:space="preserve"> </w:t>
      </w:r>
      <w:proofErr w:type="spellStart"/>
      <w:r w:rsidRPr="00A52A26">
        <w:rPr>
          <w:rFonts w:ascii="Times New Roman" w:eastAsia="Times New Roman" w:hAnsi="Times New Roman"/>
          <w:sz w:val="20"/>
          <w:szCs w:val="20"/>
          <w:lang w:eastAsia="tr-TR"/>
        </w:rPr>
        <w:t>belgeleyebileceğimi</w:t>
      </w:r>
      <w:proofErr w:type="spellEnd"/>
      <w:r w:rsidRPr="00A52A26">
        <w:rPr>
          <w:rFonts w:ascii="Times New Roman" w:eastAsia="Times New Roman" w:hAnsi="Times New Roman"/>
          <w:sz w:val="20"/>
          <w:szCs w:val="20"/>
          <w:lang w:eastAsia="tr-TR"/>
        </w:rPr>
        <w:t xml:space="preserve">; </w:t>
      </w:r>
      <w:proofErr w:type="spellStart"/>
      <w:r w:rsidRPr="00A52A26">
        <w:rPr>
          <w:rFonts w:ascii="Times New Roman" w:eastAsia="Times New Roman" w:hAnsi="Times New Roman"/>
          <w:sz w:val="20"/>
          <w:szCs w:val="20"/>
          <w:lang w:eastAsia="tr-TR"/>
        </w:rPr>
        <w:t>gerçeğe</w:t>
      </w:r>
      <w:proofErr w:type="spellEnd"/>
      <w:r w:rsidRPr="00A52A26">
        <w:rPr>
          <w:rFonts w:ascii="Times New Roman" w:eastAsia="Times New Roman" w:hAnsi="Times New Roman"/>
          <w:sz w:val="20"/>
          <w:szCs w:val="20"/>
          <w:lang w:eastAsia="tr-TR"/>
        </w:rPr>
        <w:t xml:space="preserve"> </w:t>
      </w:r>
      <w:proofErr w:type="spellStart"/>
      <w:r w:rsidRPr="00A52A26">
        <w:rPr>
          <w:rFonts w:ascii="Times New Roman" w:eastAsia="Times New Roman" w:hAnsi="Times New Roman"/>
          <w:sz w:val="20"/>
          <w:szCs w:val="20"/>
          <w:lang w:eastAsia="tr-TR"/>
        </w:rPr>
        <w:t>aykırı</w:t>
      </w:r>
      <w:proofErr w:type="spellEnd"/>
      <w:r w:rsidRPr="00A52A26">
        <w:rPr>
          <w:rFonts w:ascii="Times New Roman" w:eastAsia="Times New Roman" w:hAnsi="Times New Roman"/>
          <w:sz w:val="20"/>
          <w:szCs w:val="20"/>
          <w:lang w:eastAsia="tr-TR"/>
        </w:rPr>
        <w:t xml:space="preserve"> </w:t>
      </w:r>
      <w:proofErr w:type="spellStart"/>
      <w:r w:rsidRPr="00A52A26">
        <w:rPr>
          <w:rFonts w:ascii="Times New Roman" w:eastAsia="Times New Roman" w:hAnsi="Times New Roman"/>
          <w:sz w:val="20"/>
          <w:szCs w:val="20"/>
          <w:lang w:eastAsia="tr-TR"/>
        </w:rPr>
        <w:t>beyanda</w:t>
      </w:r>
      <w:proofErr w:type="spellEnd"/>
      <w:r w:rsidRPr="00A52A26">
        <w:rPr>
          <w:rFonts w:ascii="Times New Roman" w:eastAsia="Times New Roman" w:hAnsi="Times New Roman"/>
          <w:sz w:val="20"/>
          <w:szCs w:val="20"/>
          <w:lang w:eastAsia="tr-TR"/>
        </w:rPr>
        <w:t xml:space="preserve"> </w:t>
      </w:r>
      <w:proofErr w:type="spellStart"/>
      <w:r w:rsidRPr="00A52A26">
        <w:rPr>
          <w:rFonts w:ascii="Times New Roman" w:eastAsia="Times New Roman" w:hAnsi="Times New Roman"/>
          <w:sz w:val="20"/>
          <w:szCs w:val="20"/>
          <w:lang w:eastAsia="tr-TR"/>
        </w:rPr>
        <w:t>bulunduğumun</w:t>
      </w:r>
      <w:proofErr w:type="spellEnd"/>
      <w:r w:rsidRPr="00A52A26">
        <w:rPr>
          <w:rFonts w:ascii="Times New Roman" w:eastAsia="Times New Roman" w:hAnsi="Times New Roman"/>
          <w:sz w:val="20"/>
          <w:szCs w:val="20"/>
          <w:lang w:eastAsia="tr-TR"/>
        </w:rPr>
        <w:t xml:space="preserve"> </w:t>
      </w:r>
      <w:proofErr w:type="spellStart"/>
      <w:r w:rsidRPr="00A52A26">
        <w:rPr>
          <w:rFonts w:ascii="Times New Roman" w:eastAsia="Times New Roman" w:hAnsi="Times New Roman"/>
          <w:sz w:val="20"/>
          <w:szCs w:val="20"/>
          <w:lang w:eastAsia="tr-TR"/>
        </w:rPr>
        <w:t>tespiti</w:t>
      </w:r>
      <w:proofErr w:type="spellEnd"/>
      <w:r w:rsidRPr="00A52A26">
        <w:rPr>
          <w:rFonts w:ascii="Times New Roman" w:eastAsia="Times New Roman" w:hAnsi="Times New Roman"/>
          <w:sz w:val="20"/>
          <w:szCs w:val="20"/>
          <w:lang w:eastAsia="tr-TR"/>
        </w:rPr>
        <w:t xml:space="preserve"> </w:t>
      </w:r>
      <w:proofErr w:type="spellStart"/>
      <w:r w:rsidRPr="00A52A26">
        <w:rPr>
          <w:rFonts w:ascii="Times New Roman" w:eastAsia="Times New Roman" w:hAnsi="Times New Roman"/>
          <w:sz w:val="20"/>
          <w:szCs w:val="20"/>
          <w:lang w:eastAsia="tr-TR"/>
        </w:rPr>
        <w:t>halinde</w:t>
      </w:r>
      <w:proofErr w:type="spellEnd"/>
      <w:r w:rsidRPr="00A52A26">
        <w:rPr>
          <w:rFonts w:ascii="Times New Roman" w:eastAsia="Times New Roman" w:hAnsi="Times New Roman"/>
          <w:sz w:val="20"/>
          <w:szCs w:val="20"/>
          <w:lang w:eastAsia="tr-TR"/>
        </w:rPr>
        <w:t xml:space="preserve"> </w:t>
      </w:r>
      <w:proofErr w:type="spellStart"/>
      <w:r w:rsidRPr="00A52A26">
        <w:rPr>
          <w:rFonts w:ascii="Times New Roman" w:eastAsia="Times New Roman" w:hAnsi="Times New Roman"/>
          <w:sz w:val="20"/>
          <w:szCs w:val="20"/>
          <w:lang w:eastAsia="tr-TR"/>
        </w:rPr>
        <w:t>başvuru</w:t>
      </w:r>
      <w:proofErr w:type="spellEnd"/>
      <w:r w:rsidRPr="00A52A26">
        <w:rPr>
          <w:rFonts w:ascii="Times New Roman" w:eastAsia="Times New Roman" w:hAnsi="Times New Roman"/>
          <w:sz w:val="20"/>
          <w:szCs w:val="20"/>
          <w:lang w:eastAsia="tr-TR"/>
        </w:rPr>
        <w:t xml:space="preserve"> </w:t>
      </w:r>
      <w:proofErr w:type="spellStart"/>
      <w:r w:rsidRPr="00A52A26">
        <w:rPr>
          <w:rFonts w:ascii="Times New Roman" w:eastAsia="Times New Roman" w:hAnsi="Times New Roman"/>
          <w:sz w:val="20"/>
          <w:szCs w:val="20"/>
          <w:lang w:eastAsia="tr-TR"/>
        </w:rPr>
        <w:t>ve</w:t>
      </w:r>
      <w:proofErr w:type="spellEnd"/>
      <w:r w:rsidRPr="00A52A26">
        <w:rPr>
          <w:rFonts w:ascii="Times New Roman" w:eastAsia="Times New Roman" w:hAnsi="Times New Roman"/>
          <w:sz w:val="20"/>
          <w:szCs w:val="20"/>
          <w:lang w:eastAsia="tr-TR"/>
        </w:rPr>
        <w:t xml:space="preserve"> </w:t>
      </w:r>
      <w:proofErr w:type="spellStart"/>
      <w:r w:rsidRPr="00A52A26">
        <w:rPr>
          <w:rFonts w:ascii="Times New Roman" w:eastAsia="Times New Roman" w:hAnsi="Times New Roman"/>
          <w:sz w:val="20"/>
          <w:szCs w:val="20"/>
          <w:lang w:eastAsia="tr-TR"/>
        </w:rPr>
        <w:t>sınav</w:t>
      </w:r>
      <w:proofErr w:type="spellEnd"/>
      <w:r w:rsidRPr="00A52A26">
        <w:rPr>
          <w:rFonts w:ascii="Times New Roman" w:eastAsia="Times New Roman" w:hAnsi="Times New Roman"/>
          <w:sz w:val="20"/>
          <w:szCs w:val="20"/>
          <w:lang w:eastAsia="tr-TR"/>
        </w:rPr>
        <w:t xml:space="preserve"> </w:t>
      </w:r>
      <w:proofErr w:type="spellStart"/>
      <w:r w:rsidRPr="00A52A26">
        <w:rPr>
          <w:rFonts w:ascii="Times New Roman" w:eastAsia="Times New Roman" w:hAnsi="Times New Roman"/>
          <w:sz w:val="20"/>
          <w:szCs w:val="20"/>
          <w:lang w:eastAsia="tr-TR"/>
        </w:rPr>
        <w:t>sonucuna</w:t>
      </w:r>
      <w:proofErr w:type="spellEnd"/>
      <w:r w:rsidRPr="00A52A26">
        <w:rPr>
          <w:rFonts w:ascii="Times New Roman" w:eastAsia="Times New Roman" w:hAnsi="Times New Roman"/>
          <w:sz w:val="20"/>
          <w:szCs w:val="20"/>
          <w:lang w:eastAsia="tr-TR"/>
        </w:rPr>
        <w:t xml:space="preserve"> </w:t>
      </w:r>
      <w:proofErr w:type="spellStart"/>
      <w:r w:rsidRPr="00A52A26">
        <w:rPr>
          <w:rFonts w:ascii="Times New Roman" w:eastAsia="Times New Roman" w:hAnsi="Times New Roman"/>
          <w:sz w:val="20"/>
          <w:szCs w:val="20"/>
          <w:lang w:eastAsia="tr-TR"/>
        </w:rPr>
        <w:t>ilişkin</w:t>
      </w:r>
      <w:proofErr w:type="spellEnd"/>
      <w:r w:rsidRPr="00A52A26">
        <w:rPr>
          <w:rFonts w:ascii="Times New Roman" w:eastAsia="Times New Roman" w:hAnsi="Times New Roman"/>
          <w:sz w:val="20"/>
          <w:szCs w:val="20"/>
          <w:lang w:eastAsia="tr-TR"/>
        </w:rPr>
        <w:t xml:space="preserve"> </w:t>
      </w:r>
      <w:proofErr w:type="spellStart"/>
      <w:r w:rsidRPr="00A52A26">
        <w:rPr>
          <w:rFonts w:ascii="Times New Roman" w:eastAsia="Times New Roman" w:hAnsi="Times New Roman"/>
          <w:sz w:val="20"/>
          <w:szCs w:val="20"/>
          <w:lang w:eastAsia="tr-TR"/>
        </w:rPr>
        <w:t>haklarımın</w:t>
      </w:r>
      <w:proofErr w:type="spellEnd"/>
      <w:r w:rsidRPr="00A52A26">
        <w:rPr>
          <w:rFonts w:ascii="Times New Roman" w:eastAsia="Times New Roman" w:hAnsi="Times New Roman"/>
          <w:sz w:val="20"/>
          <w:szCs w:val="20"/>
          <w:lang w:eastAsia="tr-TR"/>
        </w:rPr>
        <w:t xml:space="preserve"> </w:t>
      </w:r>
      <w:proofErr w:type="spellStart"/>
      <w:r w:rsidRPr="00A52A26">
        <w:rPr>
          <w:rFonts w:ascii="Times New Roman" w:eastAsia="Times New Roman" w:hAnsi="Times New Roman"/>
          <w:sz w:val="20"/>
          <w:szCs w:val="20"/>
          <w:lang w:eastAsia="tr-TR"/>
        </w:rPr>
        <w:t>ilgili</w:t>
      </w:r>
      <w:proofErr w:type="spellEnd"/>
      <w:r w:rsidRPr="00A52A26">
        <w:rPr>
          <w:rFonts w:ascii="Times New Roman" w:eastAsia="Times New Roman" w:hAnsi="Times New Roman"/>
          <w:sz w:val="20"/>
          <w:szCs w:val="20"/>
          <w:lang w:eastAsia="tr-TR"/>
        </w:rPr>
        <w:t xml:space="preserve"> </w:t>
      </w:r>
      <w:proofErr w:type="spellStart"/>
      <w:r w:rsidRPr="00A52A26">
        <w:rPr>
          <w:rFonts w:ascii="Times New Roman" w:eastAsia="Times New Roman" w:hAnsi="Times New Roman"/>
          <w:sz w:val="20"/>
          <w:szCs w:val="20"/>
          <w:lang w:eastAsia="tr-TR"/>
        </w:rPr>
        <w:t>mevzuat</w:t>
      </w:r>
      <w:proofErr w:type="spellEnd"/>
      <w:r w:rsidRPr="00A52A26">
        <w:rPr>
          <w:rFonts w:ascii="Times New Roman" w:eastAsia="Times New Roman" w:hAnsi="Times New Roman"/>
          <w:sz w:val="20"/>
          <w:szCs w:val="20"/>
          <w:lang w:eastAsia="tr-TR"/>
        </w:rPr>
        <w:t xml:space="preserve"> </w:t>
      </w:r>
      <w:proofErr w:type="spellStart"/>
      <w:r w:rsidRPr="00A52A26">
        <w:rPr>
          <w:rFonts w:ascii="Times New Roman" w:eastAsia="Times New Roman" w:hAnsi="Times New Roman"/>
          <w:sz w:val="20"/>
          <w:szCs w:val="20"/>
          <w:lang w:eastAsia="tr-TR"/>
        </w:rPr>
        <w:t>ve</w:t>
      </w:r>
      <w:proofErr w:type="spellEnd"/>
      <w:r w:rsidRPr="00A52A26">
        <w:rPr>
          <w:rFonts w:ascii="Times New Roman" w:eastAsia="Times New Roman" w:hAnsi="Times New Roman"/>
          <w:sz w:val="20"/>
          <w:szCs w:val="20"/>
          <w:lang w:eastAsia="tr-TR"/>
        </w:rPr>
        <w:t xml:space="preserve"> </w:t>
      </w:r>
      <w:proofErr w:type="spellStart"/>
      <w:r w:rsidRPr="00A52A26">
        <w:rPr>
          <w:rFonts w:ascii="Times New Roman" w:eastAsia="Times New Roman" w:hAnsi="Times New Roman"/>
          <w:sz w:val="20"/>
          <w:szCs w:val="20"/>
          <w:lang w:eastAsia="tr-TR"/>
        </w:rPr>
        <w:t>ilan</w:t>
      </w:r>
      <w:proofErr w:type="spellEnd"/>
      <w:r w:rsidRPr="00A52A26">
        <w:rPr>
          <w:rFonts w:ascii="Times New Roman" w:eastAsia="Times New Roman" w:hAnsi="Times New Roman"/>
          <w:sz w:val="20"/>
          <w:szCs w:val="20"/>
          <w:lang w:eastAsia="tr-TR"/>
        </w:rPr>
        <w:t xml:space="preserve"> </w:t>
      </w:r>
      <w:proofErr w:type="spellStart"/>
      <w:r w:rsidRPr="00A52A26">
        <w:rPr>
          <w:rFonts w:ascii="Times New Roman" w:eastAsia="Times New Roman" w:hAnsi="Times New Roman"/>
          <w:sz w:val="20"/>
          <w:szCs w:val="20"/>
          <w:lang w:eastAsia="tr-TR"/>
        </w:rPr>
        <w:t>hükümleri</w:t>
      </w:r>
      <w:proofErr w:type="spellEnd"/>
      <w:r w:rsidRPr="00A52A26">
        <w:rPr>
          <w:rFonts w:ascii="Times New Roman" w:eastAsia="Times New Roman" w:hAnsi="Times New Roman"/>
          <w:sz w:val="20"/>
          <w:szCs w:val="20"/>
          <w:lang w:eastAsia="tr-TR"/>
        </w:rPr>
        <w:t xml:space="preserve"> </w:t>
      </w:r>
      <w:proofErr w:type="spellStart"/>
      <w:r w:rsidRPr="00A52A26">
        <w:rPr>
          <w:rFonts w:ascii="Times New Roman" w:eastAsia="Times New Roman" w:hAnsi="Times New Roman"/>
          <w:sz w:val="20"/>
          <w:szCs w:val="20"/>
          <w:lang w:eastAsia="tr-TR"/>
        </w:rPr>
        <w:t>çerçevesinde</w:t>
      </w:r>
      <w:proofErr w:type="spellEnd"/>
      <w:r w:rsidRPr="00A52A26">
        <w:rPr>
          <w:rFonts w:ascii="Times New Roman" w:eastAsia="Times New Roman" w:hAnsi="Times New Roman"/>
          <w:sz w:val="20"/>
          <w:szCs w:val="20"/>
          <w:lang w:eastAsia="tr-TR"/>
        </w:rPr>
        <w:t xml:space="preserve"> </w:t>
      </w:r>
      <w:proofErr w:type="spellStart"/>
      <w:r w:rsidRPr="00A52A26">
        <w:rPr>
          <w:rFonts w:ascii="Times New Roman" w:eastAsia="Times New Roman" w:hAnsi="Times New Roman"/>
          <w:sz w:val="20"/>
          <w:szCs w:val="20"/>
          <w:lang w:eastAsia="tr-TR"/>
        </w:rPr>
        <w:t>değerlendirileceğini</w:t>
      </w:r>
      <w:proofErr w:type="spellEnd"/>
      <w:r w:rsidRPr="00A52A26">
        <w:rPr>
          <w:rFonts w:ascii="Times New Roman" w:eastAsia="Times New Roman" w:hAnsi="Times New Roman"/>
          <w:sz w:val="20"/>
          <w:szCs w:val="20"/>
          <w:lang w:eastAsia="tr-TR"/>
        </w:rPr>
        <w:t xml:space="preserve"> </w:t>
      </w:r>
      <w:proofErr w:type="spellStart"/>
      <w:r w:rsidRPr="00A52A26">
        <w:rPr>
          <w:rFonts w:ascii="Times New Roman" w:eastAsia="Times New Roman" w:hAnsi="Times New Roman"/>
          <w:sz w:val="20"/>
          <w:szCs w:val="20"/>
          <w:lang w:eastAsia="tr-TR"/>
        </w:rPr>
        <w:t>kabul</w:t>
      </w:r>
      <w:proofErr w:type="spellEnd"/>
      <w:r w:rsidRPr="00A52A26">
        <w:rPr>
          <w:rFonts w:ascii="Times New Roman" w:eastAsia="Times New Roman" w:hAnsi="Times New Roman"/>
          <w:sz w:val="20"/>
          <w:szCs w:val="20"/>
          <w:lang w:eastAsia="tr-TR"/>
        </w:rPr>
        <w:t xml:space="preserve"> </w:t>
      </w:r>
      <w:proofErr w:type="spellStart"/>
      <w:r w:rsidRPr="00A52A26">
        <w:rPr>
          <w:rFonts w:ascii="Times New Roman" w:eastAsia="Times New Roman" w:hAnsi="Times New Roman"/>
          <w:sz w:val="20"/>
          <w:szCs w:val="20"/>
          <w:lang w:eastAsia="tr-TR"/>
        </w:rPr>
        <w:t>ve</w:t>
      </w:r>
      <w:proofErr w:type="spellEnd"/>
      <w:r w:rsidRPr="00A52A26">
        <w:rPr>
          <w:rFonts w:ascii="Times New Roman" w:eastAsia="Times New Roman" w:hAnsi="Times New Roman"/>
          <w:sz w:val="20"/>
          <w:szCs w:val="20"/>
          <w:lang w:eastAsia="tr-TR"/>
        </w:rPr>
        <w:t xml:space="preserve"> </w:t>
      </w:r>
      <w:proofErr w:type="spellStart"/>
      <w:r w:rsidRPr="00A52A26">
        <w:rPr>
          <w:rFonts w:ascii="Times New Roman" w:eastAsia="Times New Roman" w:hAnsi="Times New Roman"/>
          <w:sz w:val="20"/>
          <w:szCs w:val="20"/>
          <w:lang w:eastAsia="tr-TR"/>
        </w:rPr>
        <w:t>beyan</w:t>
      </w:r>
      <w:proofErr w:type="spellEnd"/>
      <w:r w:rsidRPr="00A52A26">
        <w:rPr>
          <w:rFonts w:ascii="Times New Roman" w:eastAsia="Times New Roman" w:hAnsi="Times New Roman"/>
          <w:sz w:val="20"/>
          <w:szCs w:val="20"/>
          <w:lang w:eastAsia="tr-TR"/>
        </w:rPr>
        <w:t xml:space="preserve"> </w:t>
      </w:r>
      <w:proofErr w:type="spellStart"/>
      <w:r w:rsidRPr="00A52A26">
        <w:rPr>
          <w:rFonts w:ascii="Times New Roman" w:eastAsia="Times New Roman" w:hAnsi="Times New Roman"/>
          <w:sz w:val="20"/>
          <w:szCs w:val="20"/>
          <w:lang w:eastAsia="tr-TR"/>
        </w:rPr>
        <w:t>ederim</w:t>
      </w:r>
      <w:proofErr w:type="spellEnd"/>
      <w:r w:rsidRPr="00A52A26">
        <w:rPr>
          <w:rFonts w:ascii="Times New Roman" w:eastAsia="Times New Roman" w:hAnsi="Times New Roman"/>
          <w:sz w:val="20"/>
          <w:szCs w:val="20"/>
          <w:lang w:eastAsia="tr-TR"/>
        </w:rPr>
        <w:t>.</w:t>
      </w:r>
    </w:p>
    <w:p w14:paraId="17FE9563" w14:textId="77777777" w:rsidR="00E53EDA" w:rsidRPr="00A52A26" w:rsidRDefault="00E53EDA" w:rsidP="008A2879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tr-TR"/>
        </w:rPr>
      </w:pPr>
    </w:p>
    <w:tbl>
      <w:tblPr>
        <w:tblW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ook w:val="04A0" w:firstRow="1" w:lastRow="0" w:firstColumn="1" w:lastColumn="0" w:noHBand="0" w:noVBand="1"/>
      </w:tblPr>
      <w:tblGrid>
        <w:gridCol w:w="5100"/>
        <w:gridCol w:w="5100"/>
      </w:tblGrid>
      <w:tr w:rsidR="008A2879" w:rsidRPr="00464261" w14:paraId="75EAF1CA" w14:textId="77777777" w:rsidTr="00527DCA"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B5B755" w14:textId="77777777" w:rsidR="008A2879" w:rsidRPr="00A52A26" w:rsidRDefault="008A2879" w:rsidP="00527DC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  <w:proofErr w:type="spellStart"/>
            <w:r w:rsidRPr="00A52A26"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  <w:t>Adayın</w:t>
            </w:r>
            <w:proofErr w:type="spellEnd"/>
            <w:r w:rsidRPr="00A52A26"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  <w:t xml:space="preserve"> </w:t>
            </w:r>
            <w:proofErr w:type="spellStart"/>
            <w:r w:rsidRPr="00A52A26"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  <w:t>Adı</w:t>
            </w:r>
            <w:proofErr w:type="spellEnd"/>
            <w:r w:rsidRPr="00A52A26"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  <w:t xml:space="preserve"> </w:t>
            </w:r>
            <w:proofErr w:type="spellStart"/>
            <w:r w:rsidRPr="00A52A26"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  <w:t>Soyadı</w:t>
            </w:r>
            <w:proofErr w:type="spellEnd"/>
          </w:p>
        </w:tc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46EC7C" w14:textId="77777777" w:rsidR="008A2879" w:rsidRPr="00A52A26" w:rsidRDefault="008A2879" w:rsidP="00527DC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</w:p>
        </w:tc>
      </w:tr>
      <w:tr w:rsidR="008A2879" w:rsidRPr="00464261" w14:paraId="0CAE07B2" w14:textId="77777777" w:rsidTr="00527DCA"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4ABAAF" w14:textId="77777777" w:rsidR="008A2879" w:rsidRPr="00A52A26" w:rsidRDefault="008A2879" w:rsidP="00527DC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  <w:proofErr w:type="spellStart"/>
            <w:r w:rsidRPr="00A52A26"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  <w:t>Tarih</w:t>
            </w:r>
            <w:proofErr w:type="spellEnd"/>
            <w:r w:rsidRPr="00A52A26"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  <w:t xml:space="preserve"> / </w:t>
            </w:r>
            <w:proofErr w:type="spellStart"/>
            <w:r w:rsidRPr="00A52A26"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  <w:t>İmza</w:t>
            </w:r>
            <w:proofErr w:type="spellEnd"/>
          </w:p>
        </w:tc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E8B67F" w14:textId="77777777" w:rsidR="008A2879" w:rsidRPr="00A52A26" w:rsidRDefault="008A2879" w:rsidP="00527DC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</w:p>
        </w:tc>
      </w:tr>
    </w:tbl>
    <w:p w14:paraId="0B69FE2D" w14:textId="6D835C86" w:rsidR="00876055" w:rsidRPr="00334F34" w:rsidRDefault="00876055" w:rsidP="009F2C8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sectPr w:rsidR="00876055" w:rsidRPr="00334F34" w:rsidSect="00034616"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2DF0F3" w14:textId="77777777" w:rsidR="004842FF" w:rsidRDefault="004842FF">
      <w:pPr>
        <w:spacing w:after="0" w:line="240" w:lineRule="auto"/>
      </w:pPr>
      <w:r>
        <w:separator/>
      </w:r>
    </w:p>
  </w:endnote>
  <w:endnote w:type="continuationSeparator" w:id="0">
    <w:p w14:paraId="74CD6B17" w14:textId="77777777" w:rsidR="004842FF" w:rsidRDefault="004842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ACF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80F41B" w14:textId="77777777" w:rsidR="00983634" w:rsidRDefault="00983634">
    <w:pPr>
      <w:pStyle w:val="AltBilgi"/>
      <w:jc w:val="center"/>
    </w:pPr>
    <w:r>
      <w:rPr>
        <w:sz w:val="14"/>
      </w:rPr>
      <w:t xml:space="preserve">NDK – Teknik </w:t>
    </w:r>
    <w:proofErr w:type="spellStart"/>
    <w:r>
      <w:rPr>
        <w:sz w:val="14"/>
      </w:rPr>
      <w:t>Özgeçmiş</w:t>
    </w:r>
    <w:proofErr w:type="spellEnd"/>
    <w:r>
      <w:rPr>
        <w:sz w:val="14"/>
      </w:rPr>
      <w:t xml:space="preserve"> </w:t>
    </w:r>
    <w:proofErr w:type="spellStart"/>
    <w:r>
      <w:rPr>
        <w:sz w:val="14"/>
      </w:rPr>
      <w:t>ve</w:t>
    </w:r>
    <w:proofErr w:type="spellEnd"/>
    <w:r>
      <w:rPr>
        <w:sz w:val="14"/>
      </w:rPr>
      <w:t xml:space="preserve"> </w:t>
    </w:r>
    <w:proofErr w:type="spellStart"/>
    <w:r>
      <w:rPr>
        <w:sz w:val="14"/>
      </w:rPr>
      <w:t>Belgelendirme</w:t>
    </w:r>
    <w:proofErr w:type="spellEnd"/>
    <w:r>
      <w:rPr>
        <w:sz w:val="14"/>
      </w:rPr>
      <w:t xml:space="preserve"> </w:t>
    </w:r>
    <w:proofErr w:type="spellStart"/>
    <w:r>
      <w:rPr>
        <w:sz w:val="14"/>
      </w:rPr>
      <w:t>Formları</w:t>
    </w:r>
    <w:proofErr w:type="spell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9F3A90" w14:textId="77777777" w:rsidR="004842FF" w:rsidRDefault="004842FF">
      <w:pPr>
        <w:spacing w:after="0" w:line="240" w:lineRule="auto"/>
      </w:pPr>
      <w:r>
        <w:separator/>
      </w:r>
    </w:p>
  </w:footnote>
  <w:footnote w:type="continuationSeparator" w:id="0">
    <w:p w14:paraId="558DC995" w14:textId="77777777" w:rsidR="004842FF" w:rsidRDefault="004842F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75317690">
    <w:abstractNumId w:val="8"/>
  </w:num>
  <w:num w:numId="2" w16cid:durableId="1439906377">
    <w:abstractNumId w:val="6"/>
  </w:num>
  <w:num w:numId="3" w16cid:durableId="849880053">
    <w:abstractNumId w:val="5"/>
  </w:num>
  <w:num w:numId="4" w16cid:durableId="1284117178">
    <w:abstractNumId w:val="4"/>
  </w:num>
  <w:num w:numId="5" w16cid:durableId="1985155726">
    <w:abstractNumId w:val="7"/>
  </w:num>
  <w:num w:numId="6" w16cid:durableId="1562516272">
    <w:abstractNumId w:val="3"/>
  </w:num>
  <w:num w:numId="7" w16cid:durableId="1577520035">
    <w:abstractNumId w:val="2"/>
  </w:num>
  <w:num w:numId="8" w16cid:durableId="1419058227">
    <w:abstractNumId w:val="1"/>
  </w:num>
  <w:num w:numId="9" w16cid:durableId="19664986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20AF"/>
    <w:rsid w:val="00131E7D"/>
    <w:rsid w:val="0015074B"/>
    <w:rsid w:val="001B56BE"/>
    <w:rsid w:val="001D694D"/>
    <w:rsid w:val="002171FE"/>
    <w:rsid w:val="0029639D"/>
    <w:rsid w:val="002F1170"/>
    <w:rsid w:val="00326F90"/>
    <w:rsid w:val="00334F34"/>
    <w:rsid w:val="003454C9"/>
    <w:rsid w:val="003B454C"/>
    <w:rsid w:val="003D6570"/>
    <w:rsid w:val="00404E6F"/>
    <w:rsid w:val="00407970"/>
    <w:rsid w:val="00453730"/>
    <w:rsid w:val="00483DD1"/>
    <w:rsid w:val="004842FF"/>
    <w:rsid w:val="004F01E8"/>
    <w:rsid w:val="005135BC"/>
    <w:rsid w:val="00520646"/>
    <w:rsid w:val="0059731D"/>
    <w:rsid w:val="005A6248"/>
    <w:rsid w:val="005A6CF4"/>
    <w:rsid w:val="005A70E5"/>
    <w:rsid w:val="005E74D5"/>
    <w:rsid w:val="006A15D2"/>
    <w:rsid w:val="006B2422"/>
    <w:rsid w:val="006C7543"/>
    <w:rsid w:val="006D132D"/>
    <w:rsid w:val="006F1A2D"/>
    <w:rsid w:val="0070469F"/>
    <w:rsid w:val="007160D1"/>
    <w:rsid w:val="00734F6C"/>
    <w:rsid w:val="007A3E79"/>
    <w:rsid w:val="007B4442"/>
    <w:rsid w:val="00816701"/>
    <w:rsid w:val="00842F44"/>
    <w:rsid w:val="0085390F"/>
    <w:rsid w:val="00876055"/>
    <w:rsid w:val="0089078D"/>
    <w:rsid w:val="008A2879"/>
    <w:rsid w:val="008A458C"/>
    <w:rsid w:val="008E5FDF"/>
    <w:rsid w:val="008F4CA7"/>
    <w:rsid w:val="00913CC5"/>
    <w:rsid w:val="00983634"/>
    <w:rsid w:val="009A5F1C"/>
    <w:rsid w:val="009B178D"/>
    <w:rsid w:val="009C4BE6"/>
    <w:rsid w:val="009F2C81"/>
    <w:rsid w:val="009F7F94"/>
    <w:rsid w:val="00A21F74"/>
    <w:rsid w:val="00A82F20"/>
    <w:rsid w:val="00AA1D8D"/>
    <w:rsid w:val="00AD7D5E"/>
    <w:rsid w:val="00B47730"/>
    <w:rsid w:val="00BC5E1C"/>
    <w:rsid w:val="00C15E9A"/>
    <w:rsid w:val="00C56E0D"/>
    <w:rsid w:val="00CA315A"/>
    <w:rsid w:val="00CB0664"/>
    <w:rsid w:val="00D1269E"/>
    <w:rsid w:val="00D949BF"/>
    <w:rsid w:val="00E53EDA"/>
    <w:rsid w:val="00E671B9"/>
    <w:rsid w:val="00E71E59"/>
    <w:rsid w:val="00F544ED"/>
    <w:rsid w:val="00F76CF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AFB7754"/>
  <w14:defaultImageDpi w14:val="300"/>
  <w15:docId w15:val="{552C57F2-D483-43B4-9C32-C333011604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135BC"/>
    <w:rPr>
      <w:rFonts w:ascii="Arial" w:hAnsi="Arial"/>
      <w:sz w:val="18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34CAD33-60CD-415C-93C9-17723484D4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396</Words>
  <Characters>2262</Characters>
  <Application>Microsoft Office Word</Application>
  <DocSecurity>0</DocSecurity>
  <Lines>18</Lines>
  <Paragraphs>5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2653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Esin ÜNKARACALAR</cp:lastModifiedBy>
  <cp:revision>3</cp:revision>
  <dcterms:created xsi:type="dcterms:W3CDTF">2026-10-16T09:42:00Z</dcterms:created>
  <dcterms:modified xsi:type="dcterms:W3CDTF">2026-10-16T09:51:00Z</dcterms:modified>
  <cp:category/>
</cp:coreProperties>
</file>