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F63E9" w14:textId="77777777" w:rsidR="00876055" w:rsidRPr="00334F34" w:rsidRDefault="00983634" w:rsidP="009F2C8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34F34">
        <w:rPr>
          <w:rFonts w:ascii="Times New Roman" w:hAnsi="Times New Roman" w:cs="Times New Roman"/>
          <w:b/>
          <w:sz w:val="20"/>
          <w:szCs w:val="20"/>
        </w:rPr>
        <w:t xml:space="preserve">EK-5 —TEKNİK ÖZGEÇMİŞ VE </w:t>
      </w:r>
      <w:r w:rsidR="006F1A2D">
        <w:rPr>
          <w:rFonts w:ascii="Times New Roman" w:hAnsi="Times New Roman" w:cs="Times New Roman"/>
          <w:b/>
          <w:sz w:val="20"/>
          <w:szCs w:val="20"/>
        </w:rPr>
        <w:t>DEĞERLENDİRME</w:t>
      </w:r>
      <w:r w:rsidR="006F1A2D" w:rsidRPr="00334F3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34F34">
        <w:rPr>
          <w:rFonts w:ascii="Times New Roman" w:hAnsi="Times New Roman" w:cs="Times New Roman"/>
          <w:b/>
          <w:sz w:val="20"/>
          <w:szCs w:val="20"/>
        </w:rPr>
        <w:t>FORMU</w:t>
      </w:r>
    </w:p>
    <w:p w14:paraId="2BB8A54E" w14:textId="77777777" w:rsidR="00876055" w:rsidRPr="00334F34" w:rsidRDefault="00983634" w:rsidP="009F2C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334F34">
        <w:rPr>
          <w:rFonts w:ascii="Times New Roman" w:hAnsi="Times New Roman" w:cs="Times New Roman"/>
          <w:b/>
          <w:sz w:val="20"/>
          <w:szCs w:val="20"/>
        </w:rPr>
        <w:t>Ağ</w:t>
      </w:r>
      <w:proofErr w:type="spellEnd"/>
      <w:r w:rsidRPr="00334F34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b/>
          <w:sz w:val="20"/>
          <w:szCs w:val="20"/>
        </w:rPr>
        <w:t>Uzmanı</w:t>
      </w:r>
      <w:proofErr w:type="spellEnd"/>
      <w:r w:rsidRPr="00334F3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83DD1" w:rsidRPr="00334F34">
        <w:rPr>
          <w:rFonts w:ascii="Times New Roman" w:hAnsi="Times New Roman" w:cs="Times New Roman"/>
          <w:b/>
          <w:sz w:val="20"/>
          <w:szCs w:val="20"/>
        </w:rPr>
        <w:t>(2 Kat)</w:t>
      </w:r>
    </w:p>
    <w:p w14:paraId="65AA7BFF" w14:textId="77777777" w:rsidR="00483DD1" w:rsidRPr="00334F34" w:rsidRDefault="00483DD1" w:rsidP="009F2C8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697"/>
        <w:gridCol w:w="2698"/>
        <w:gridCol w:w="2698"/>
        <w:gridCol w:w="2697"/>
      </w:tblGrid>
      <w:tr w:rsidR="00876055" w:rsidRPr="00334F34" w14:paraId="709FE9A2" w14:textId="77777777">
        <w:trPr>
          <w:jc w:val="center"/>
        </w:trPr>
        <w:tc>
          <w:tcPr>
            <w:tcW w:w="2700" w:type="dxa"/>
            <w:shd w:val="clear" w:color="auto" w:fill="D9E1F2"/>
            <w:vAlign w:val="center"/>
          </w:tcPr>
          <w:p w14:paraId="5863DD99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Adayın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Soyadı</w:t>
            </w:r>
            <w:proofErr w:type="spellEnd"/>
          </w:p>
        </w:tc>
        <w:tc>
          <w:tcPr>
            <w:tcW w:w="2700" w:type="dxa"/>
            <w:vAlign w:val="center"/>
          </w:tcPr>
          <w:p w14:paraId="0A390902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0" w:type="dxa"/>
            <w:shd w:val="clear" w:color="auto" w:fill="D9E1F2"/>
            <w:vAlign w:val="center"/>
          </w:tcPr>
          <w:p w14:paraId="491B3DB6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T.C.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Kimlik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No</w:t>
            </w:r>
          </w:p>
        </w:tc>
        <w:tc>
          <w:tcPr>
            <w:tcW w:w="2700" w:type="dxa"/>
            <w:vAlign w:val="center"/>
          </w:tcPr>
          <w:p w14:paraId="351B3A7F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6055" w:rsidRPr="00334F34" w14:paraId="5F685A5C" w14:textId="77777777">
        <w:trPr>
          <w:jc w:val="center"/>
        </w:trPr>
        <w:tc>
          <w:tcPr>
            <w:tcW w:w="2700" w:type="dxa"/>
            <w:shd w:val="clear" w:color="auto" w:fill="D9E1F2"/>
            <w:vAlign w:val="center"/>
          </w:tcPr>
          <w:p w14:paraId="41D2E157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Başvurulan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Pozisyon</w:t>
            </w:r>
            <w:proofErr w:type="spellEnd"/>
          </w:p>
        </w:tc>
        <w:tc>
          <w:tcPr>
            <w:tcW w:w="2700" w:type="dxa"/>
            <w:vAlign w:val="center"/>
          </w:tcPr>
          <w:p w14:paraId="521B9940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Ağ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Uzmanı</w:t>
            </w:r>
            <w:proofErr w:type="spellEnd"/>
          </w:p>
        </w:tc>
        <w:tc>
          <w:tcPr>
            <w:tcW w:w="2700" w:type="dxa"/>
            <w:shd w:val="clear" w:color="auto" w:fill="D9E1F2"/>
            <w:vAlign w:val="center"/>
          </w:tcPr>
          <w:p w14:paraId="07D31381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Başvuru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Tarihi</w:t>
            </w:r>
            <w:proofErr w:type="spellEnd"/>
          </w:p>
        </w:tc>
        <w:tc>
          <w:tcPr>
            <w:tcW w:w="2700" w:type="dxa"/>
            <w:vAlign w:val="center"/>
          </w:tcPr>
          <w:p w14:paraId="479FFAE1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6055" w:rsidRPr="00334F34" w14:paraId="5396AF87" w14:textId="77777777">
        <w:trPr>
          <w:jc w:val="center"/>
        </w:trPr>
        <w:tc>
          <w:tcPr>
            <w:tcW w:w="2700" w:type="dxa"/>
            <w:shd w:val="clear" w:color="auto" w:fill="D9E1F2"/>
            <w:vAlign w:val="center"/>
          </w:tcPr>
          <w:p w14:paraId="415F6658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Telefon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E-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posta</w:t>
            </w:r>
            <w:proofErr w:type="spellEnd"/>
          </w:p>
        </w:tc>
        <w:tc>
          <w:tcPr>
            <w:tcW w:w="2700" w:type="dxa"/>
            <w:vAlign w:val="center"/>
          </w:tcPr>
          <w:p w14:paraId="03E61F88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0" w:type="dxa"/>
            <w:shd w:val="clear" w:color="auto" w:fill="D9E1F2"/>
            <w:vAlign w:val="center"/>
          </w:tcPr>
          <w:p w14:paraId="2E54448D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İmza</w:t>
            </w:r>
            <w:proofErr w:type="spellEnd"/>
          </w:p>
        </w:tc>
        <w:tc>
          <w:tcPr>
            <w:tcW w:w="2700" w:type="dxa"/>
            <w:vAlign w:val="center"/>
          </w:tcPr>
          <w:p w14:paraId="71D6AC23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6D8AEC6" w14:textId="0D67D65A" w:rsidR="003B454C" w:rsidRPr="00334F34" w:rsidRDefault="00983634" w:rsidP="003B45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334F34">
        <w:rPr>
          <w:rFonts w:ascii="Times New Roman" w:hAnsi="Times New Roman" w:cs="Times New Roman"/>
          <w:sz w:val="20"/>
          <w:szCs w:val="20"/>
        </w:rPr>
        <w:t>Aday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, her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maddeyi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ayrı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ayrı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cevaplamalıdır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İlgili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husus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bulunmuyorsa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“YOK”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yazılacaktır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Mesleki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tecrübe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şartı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ayrıca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başvuru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belgeleri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ile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belgelendirilecektir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EF136AC" w14:textId="77777777" w:rsidR="009F7F94" w:rsidRPr="00334F34" w:rsidRDefault="009F7F94" w:rsidP="009F7F9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6CB2D76" w14:textId="77777777" w:rsidR="009F7F94" w:rsidRPr="00334F34" w:rsidRDefault="009F7F94" w:rsidP="009F7F9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34F34">
        <w:rPr>
          <w:rFonts w:ascii="Times New Roman" w:hAnsi="Times New Roman" w:cs="Times New Roman"/>
          <w:b/>
          <w:sz w:val="20"/>
          <w:szCs w:val="20"/>
        </w:rPr>
        <w:t>A. ZORUNLU ŞARTLAR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118"/>
        <w:gridCol w:w="3115"/>
        <w:gridCol w:w="3417"/>
        <w:gridCol w:w="2836"/>
      </w:tblGrid>
      <w:tr w:rsidR="00520646" w:rsidRPr="00334F34" w14:paraId="606D3FC2" w14:textId="77777777" w:rsidTr="00913CC5">
        <w:trPr>
          <w:trHeight w:val="424"/>
          <w:jc w:val="center"/>
        </w:trPr>
        <w:tc>
          <w:tcPr>
            <w:tcW w:w="1118" w:type="dxa"/>
            <w:shd w:val="clear" w:color="auto" w:fill="B4C6E7"/>
            <w:vAlign w:val="center"/>
          </w:tcPr>
          <w:p w14:paraId="46CE454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İlan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Madde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No</w:t>
            </w:r>
          </w:p>
        </w:tc>
        <w:tc>
          <w:tcPr>
            <w:tcW w:w="3115" w:type="dxa"/>
            <w:shd w:val="clear" w:color="auto" w:fill="B4C6E7"/>
            <w:vAlign w:val="center"/>
          </w:tcPr>
          <w:p w14:paraId="7243E5A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Şart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Yetkinlik</w:t>
            </w:r>
            <w:proofErr w:type="spellEnd"/>
          </w:p>
        </w:tc>
        <w:tc>
          <w:tcPr>
            <w:tcW w:w="3417" w:type="dxa"/>
            <w:shd w:val="clear" w:color="auto" w:fill="B4C6E7"/>
            <w:vAlign w:val="center"/>
          </w:tcPr>
          <w:p w14:paraId="31CEB22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Adayın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Açıklaması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(Proje/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Kurum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Teknoloji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Görev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836" w:type="dxa"/>
            <w:shd w:val="clear" w:color="auto" w:fill="B4C6E7"/>
            <w:vAlign w:val="center"/>
          </w:tcPr>
          <w:p w14:paraId="619564B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Belge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Kanıt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Belge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tarih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kurum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520646" w:rsidRPr="00334F34" w14:paraId="3C8DFD0C" w14:textId="77777777" w:rsidTr="00913CC5">
        <w:trPr>
          <w:trHeight w:val="920"/>
          <w:jc w:val="center"/>
        </w:trPr>
        <w:tc>
          <w:tcPr>
            <w:tcW w:w="1118" w:type="dxa"/>
            <w:vAlign w:val="center"/>
          </w:tcPr>
          <w:p w14:paraId="29DC18CD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1.2.5/2</w:t>
            </w:r>
          </w:p>
        </w:tc>
        <w:tc>
          <w:tcPr>
            <w:tcW w:w="3115" w:type="dxa"/>
            <w:vAlign w:val="center"/>
          </w:tcPr>
          <w:p w14:paraId="7BB0425E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LAN, WAN, WLAN, TCP/IP, IPv4/IPv6, VPN, IEEE 802.1x.</w:t>
            </w:r>
          </w:p>
        </w:tc>
        <w:tc>
          <w:tcPr>
            <w:tcW w:w="3417" w:type="dxa"/>
            <w:vAlign w:val="center"/>
          </w:tcPr>
          <w:p w14:paraId="33EEFE7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vAlign w:val="center"/>
          </w:tcPr>
          <w:p w14:paraId="72A41D4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78E25B74" w14:textId="77777777" w:rsidTr="00913CC5">
        <w:trPr>
          <w:trHeight w:val="459"/>
          <w:jc w:val="center"/>
        </w:trPr>
        <w:tc>
          <w:tcPr>
            <w:tcW w:w="1118" w:type="dxa"/>
            <w:vAlign w:val="center"/>
          </w:tcPr>
          <w:p w14:paraId="2E318CB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1.2.5/3</w:t>
            </w:r>
          </w:p>
        </w:tc>
        <w:tc>
          <w:tcPr>
            <w:tcW w:w="3115" w:type="dxa"/>
            <w:vAlign w:val="center"/>
          </w:tcPr>
          <w:p w14:paraId="3DF08D7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Core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edge switch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yapılandırması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17" w:type="dxa"/>
            <w:vAlign w:val="center"/>
          </w:tcPr>
          <w:p w14:paraId="506FFC8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vAlign w:val="center"/>
          </w:tcPr>
          <w:p w14:paraId="733788E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2FA3924D" w14:textId="77777777" w:rsidTr="00913CC5">
        <w:trPr>
          <w:trHeight w:val="459"/>
          <w:jc w:val="center"/>
        </w:trPr>
        <w:tc>
          <w:tcPr>
            <w:tcW w:w="1118" w:type="dxa"/>
            <w:vAlign w:val="center"/>
          </w:tcPr>
          <w:p w14:paraId="1EDB6ED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1.2.5/4</w:t>
            </w:r>
          </w:p>
        </w:tc>
        <w:tc>
          <w:tcPr>
            <w:tcW w:w="3115" w:type="dxa"/>
            <w:vAlign w:val="center"/>
          </w:tcPr>
          <w:p w14:paraId="6339330E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Routing, switching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kablosuz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ağ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17" w:type="dxa"/>
            <w:vAlign w:val="center"/>
          </w:tcPr>
          <w:p w14:paraId="24689C5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vAlign w:val="center"/>
          </w:tcPr>
          <w:p w14:paraId="5C41AF6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3C90137C" w14:textId="77777777" w:rsidTr="00913CC5">
        <w:trPr>
          <w:trHeight w:val="459"/>
          <w:jc w:val="center"/>
        </w:trPr>
        <w:tc>
          <w:tcPr>
            <w:tcW w:w="1118" w:type="dxa"/>
            <w:vAlign w:val="center"/>
          </w:tcPr>
          <w:p w14:paraId="31305A8E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1.2.5/5</w:t>
            </w:r>
          </w:p>
        </w:tc>
        <w:tc>
          <w:tcPr>
            <w:tcW w:w="3115" w:type="dxa"/>
            <w:vAlign w:val="center"/>
          </w:tcPr>
          <w:p w14:paraId="270ED77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Firewall, IDS/IPS,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içerik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filtreleme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17" w:type="dxa"/>
            <w:vAlign w:val="center"/>
          </w:tcPr>
          <w:p w14:paraId="7F6D074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vAlign w:val="center"/>
          </w:tcPr>
          <w:p w14:paraId="14BD5C8E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7804ECCC" w14:textId="77777777" w:rsidTr="00913CC5">
        <w:trPr>
          <w:trHeight w:val="459"/>
          <w:jc w:val="center"/>
        </w:trPr>
        <w:tc>
          <w:tcPr>
            <w:tcW w:w="1118" w:type="dxa"/>
            <w:vAlign w:val="center"/>
          </w:tcPr>
          <w:p w14:paraId="7E4843C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1.2.5/6</w:t>
            </w:r>
          </w:p>
        </w:tc>
        <w:tc>
          <w:tcPr>
            <w:tcW w:w="3115" w:type="dxa"/>
            <w:vAlign w:val="center"/>
          </w:tcPr>
          <w:p w14:paraId="355C166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IPSEC, SSL VPN, GRE.</w:t>
            </w:r>
          </w:p>
        </w:tc>
        <w:tc>
          <w:tcPr>
            <w:tcW w:w="3417" w:type="dxa"/>
            <w:vAlign w:val="center"/>
          </w:tcPr>
          <w:p w14:paraId="28D5799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vAlign w:val="center"/>
          </w:tcPr>
          <w:p w14:paraId="20A56FF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0340AF08" w14:textId="77777777" w:rsidTr="00913CC5">
        <w:trPr>
          <w:trHeight w:val="459"/>
          <w:jc w:val="center"/>
        </w:trPr>
        <w:tc>
          <w:tcPr>
            <w:tcW w:w="1118" w:type="dxa"/>
            <w:vAlign w:val="center"/>
          </w:tcPr>
          <w:p w14:paraId="6FFD360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1.2.5/7</w:t>
            </w:r>
          </w:p>
        </w:tc>
        <w:tc>
          <w:tcPr>
            <w:tcW w:w="3115" w:type="dxa"/>
            <w:vAlign w:val="center"/>
          </w:tcPr>
          <w:p w14:paraId="600ECEB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NAC.</w:t>
            </w:r>
          </w:p>
        </w:tc>
        <w:tc>
          <w:tcPr>
            <w:tcW w:w="3417" w:type="dxa"/>
            <w:vAlign w:val="center"/>
          </w:tcPr>
          <w:p w14:paraId="331CF50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vAlign w:val="center"/>
          </w:tcPr>
          <w:p w14:paraId="78F20B3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754480E8" w14:textId="77777777" w:rsidTr="00913CC5">
        <w:trPr>
          <w:trHeight w:val="459"/>
          <w:jc w:val="center"/>
        </w:trPr>
        <w:tc>
          <w:tcPr>
            <w:tcW w:w="1118" w:type="dxa"/>
            <w:vAlign w:val="center"/>
          </w:tcPr>
          <w:p w14:paraId="6387763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1.2.5/8</w:t>
            </w:r>
          </w:p>
        </w:tc>
        <w:tc>
          <w:tcPr>
            <w:tcW w:w="3115" w:type="dxa"/>
            <w:vAlign w:val="center"/>
          </w:tcPr>
          <w:p w14:paraId="5ECFBBB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Aruba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ağ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kontrol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cihazları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17" w:type="dxa"/>
            <w:vAlign w:val="center"/>
          </w:tcPr>
          <w:p w14:paraId="6260EC6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vAlign w:val="center"/>
          </w:tcPr>
          <w:p w14:paraId="3B5A7A4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3C1DA044" w14:textId="77777777" w:rsidTr="00913CC5">
        <w:trPr>
          <w:trHeight w:val="459"/>
          <w:jc w:val="center"/>
        </w:trPr>
        <w:tc>
          <w:tcPr>
            <w:tcW w:w="1118" w:type="dxa"/>
            <w:vAlign w:val="center"/>
          </w:tcPr>
          <w:p w14:paraId="6012429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1.2.5/9</w:t>
            </w:r>
          </w:p>
        </w:tc>
        <w:tc>
          <w:tcPr>
            <w:tcW w:w="3115" w:type="dxa"/>
            <w:vAlign w:val="center"/>
          </w:tcPr>
          <w:p w14:paraId="37923E1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Ağ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güvenliği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iş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sürekliliği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17" w:type="dxa"/>
            <w:vAlign w:val="center"/>
          </w:tcPr>
          <w:p w14:paraId="006546B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vAlign w:val="center"/>
          </w:tcPr>
          <w:p w14:paraId="485670B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2B77CC03" w14:textId="77777777" w:rsidTr="00913CC5">
        <w:trPr>
          <w:trHeight w:val="459"/>
          <w:jc w:val="center"/>
        </w:trPr>
        <w:tc>
          <w:tcPr>
            <w:tcW w:w="1118" w:type="dxa"/>
            <w:vAlign w:val="center"/>
          </w:tcPr>
          <w:p w14:paraId="579A217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1.2.5/10</w:t>
            </w:r>
          </w:p>
        </w:tc>
        <w:tc>
          <w:tcPr>
            <w:tcW w:w="3115" w:type="dxa"/>
            <w:vAlign w:val="center"/>
          </w:tcPr>
          <w:p w14:paraId="4F0317D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Zabbix, PRTG vb.</w:t>
            </w:r>
          </w:p>
        </w:tc>
        <w:tc>
          <w:tcPr>
            <w:tcW w:w="3417" w:type="dxa"/>
            <w:vAlign w:val="center"/>
          </w:tcPr>
          <w:p w14:paraId="44B5863E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vAlign w:val="center"/>
          </w:tcPr>
          <w:p w14:paraId="02EBBFC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5BD12754" w14:textId="77777777" w:rsidTr="00913CC5">
        <w:trPr>
          <w:trHeight w:val="459"/>
          <w:jc w:val="center"/>
        </w:trPr>
        <w:tc>
          <w:tcPr>
            <w:tcW w:w="1118" w:type="dxa"/>
            <w:vAlign w:val="center"/>
          </w:tcPr>
          <w:p w14:paraId="2DDA642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1.2.5/11</w:t>
            </w:r>
          </w:p>
        </w:tc>
        <w:tc>
          <w:tcPr>
            <w:tcW w:w="3115" w:type="dxa"/>
            <w:vAlign w:val="center"/>
          </w:tcPr>
          <w:p w14:paraId="2E404C6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Performans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kapasite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takibi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17" w:type="dxa"/>
            <w:vAlign w:val="center"/>
          </w:tcPr>
          <w:p w14:paraId="73C02CB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vAlign w:val="center"/>
          </w:tcPr>
          <w:p w14:paraId="2E812B4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7FCF6FE0" w14:textId="77777777" w:rsidTr="00913CC5">
        <w:trPr>
          <w:trHeight w:val="459"/>
          <w:jc w:val="center"/>
        </w:trPr>
        <w:tc>
          <w:tcPr>
            <w:tcW w:w="1118" w:type="dxa"/>
            <w:vAlign w:val="center"/>
          </w:tcPr>
          <w:p w14:paraId="01DE9D9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1.2.5/12</w:t>
            </w:r>
          </w:p>
        </w:tc>
        <w:tc>
          <w:tcPr>
            <w:tcW w:w="3115" w:type="dxa"/>
            <w:vAlign w:val="center"/>
          </w:tcPr>
          <w:p w14:paraId="5450FFD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Change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incident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yönetimi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17" w:type="dxa"/>
            <w:vAlign w:val="center"/>
          </w:tcPr>
          <w:p w14:paraId="42741F0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vAlign w:val="center"/>
          </w:tcPr>
          <w:p w14:paraId="7BD7D97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4E5FA2B1" w14:textId="77777777" w:rsidTr="00913CC5">
        <w:trPr>
          <w:trHeight w:val="459"/>
          <w:jc w:val="center"/>
        </w:trPr>
        <w:tc>
          <w:tcPr>
            <w:tcW w:w="1118" w:type="dxa"/>
            <w:vAlign w:val="center"/>
          </w:tcPr>
          <w:p w14:paraId="5403D70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1.2.5/13</w:t>
            </w:r>
          </w:p>
        </w:tc>
        <w:tc>
          <w:tcPr>
            <w:tcW w:w="3115" w:type="dxa"/>
            <w:vAlign w:val="center"/>
          </w:tcPr>
          <w:p w14:paraId="325C8AF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PowerShell/Python/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benzeri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scripting.</w:t>
            </w:r>
          </w:p>
        </w:tc>
        <w:tc>
          <w:tcPr>
            <w:tcW w:w="3417" w:type="dxa"/>
            <w:vAlign w:val="center"/>
          </w:tcPr>
          <w:p w14:paraId="234D2A9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vAlign w:val="center"/>
          </w:tcPr>
          <w:p w14:paraId="6268719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3C5F8C54" w14:textId="77777777" w:rsidTr="00913CC5">
        <w:trPr>
          <w:trHeight w:val="459"/>
          <w:jc w:val="center"/>
        </w:trPr>
        <w:tc>
          <w:tcPr>
            <w:tcW w:w="1118" w:type="dxa"/>
            <w:vAlign w:val="center"/>
          </w:tcPr>
          <w:p w14:paraId="45F1448E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1.2.5/14</w:t>
            </w:r>
          </w:p>
        </w:tc>
        <w:tc>
          <w:tcPr>
            <w:tcW w:w="3115" w:type="dxa"/>
            <w:vAlign w:val="center"/>
          </w:tcPr>
          <w:p w14:paraId="53DFD6C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Windows/Linux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temel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bilgi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17" w:type="dxa"/>
            <w:vAlign w:val="center"/>
          </w:tcPr>
          <w:p w14:paraId="4D3F45F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vAlign w:val="center"/>
          </w:tcPr>
          <w:p w14:paraId="0F6B0A7E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205C8DA8" w14:textId="77777777" w:rsidTr="00913CC5">
        <w:trPr>
          <w:trHeight w:val="459"/>
          <w:jc w:val="center"/>
        </w:trPr>
        <w:tc>
          <w:tcPr>
            <w:tcW w:w="1118" w:type="dxa"/>
            <w:vAlign w:val="center"/>
          </w:tcPr>
          <w:p w14:paraId="38974B3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1.2.5/15</w:t>
            </w:r>
          </w:p>
        </w:tc>
        <w:tc>
          <w:tcPr>
            <w:tcW w:w="3115" w:type="dxa"/>
            <w:vAlign w:val="center"/>
          </w:tcPr>
          <w:p w14:paraId="1F2DF2A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Sanallaştırma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depolama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yedekleme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17" w:type="dxa"/>
            <w:vAlign w:val="center"/>
          </w:tcPr>
          <w:p w14:paraId="40C37AF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vAlign w:val="center"/>
          </w:tcPr>
          <w:p w14:paraId="26511E5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5B8869BE" w14:textId="77777777" w:rsidTr="00913CC5">
        <w:trPr>
          <w:trHeight w:val="459"/>
          <w:jc w:val="center"/>
        </w:trPr>
        <w:tc>
          <w:tcPr>
            <w:tcW w:w="1118" w:type="dxa"/>
            <w:vAlign w:val="center"/>
          </w:tcPr>
          <w:p w14:paraId="19B32AD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1.2.5/16</w:t>
            </w:r>
          </w:p>
        </w:tc>
        <w:tc>
          <w:tcPr>
            <w:tcW w:w="3115" w:type="dxa"/>
            <w:vAlign w:val="center"/>
          </w:tcPr>
          <w:p w14:paraId="097E640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DR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BCP.</w:t>
            </w:r>
          </w:p>
        </w:tc>
        <w:tc>
          <w:tcPr>
            <w:tcW w:w="3417" w:type="dxa"/>
            <w:vAlign w:val="center"/>
          </w:tcPr>
          <w:p w14:paraId="50D01AB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vAlign w:val="center"/>
          </w:tcPr>
          <w:p w14:paraId="5A9CA9F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23FC296E" w14:textId="77777777" w:rsidTr="00913CC5">
        <w:trPr>
          <w:trHeight w:val="459"/>
          <w:jc w:val="center"/>
        </w:trPr>
        <w:tc>
          <w:tcPr>
            <w:tcW w:w="1118" w:type="dxa"/>
            <w:vAlign w:val="center"/>
          </w:tcPr>
          <w:p w14:paraId="1B4D899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1.2.5/17</w:t>
            </w:r>
          </w:p>
        </w:tc>
        <w:tc>
          <w:tcPr>
            <w:tcW w:w="3115" w:type="dxa"/>
            <w:vAlign w:val="center"/>
          </w:tcPr>
          <w:p w14:paraId="08A56C4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VLAN, STP, Layer 2.</w:t>
            </w:r>
          </w:p>
        </w:tc>
        <w:tc>
          <w:tcPr>
            <w:tcW w:w="3417" w:type="dxa"/>
            <w:vAlign w:val="center"/>
          </w:tcPr>
          <w:p w14:paraId="4D38DA7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vAlign w:val="center"/>
          </w:tcPr>
          <w:p w14:paraId="19227AF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38E1256E" w14:textId="77777777" w:rsidTr="00913CC5">
        <w:trPr>
          <w:trHeight w:val="459"/>
          <w:jc w:val="center"/>
        </w:trPr>
        <w:tc>
          <w:tcPr>
            <w:tcW w:w="1118" w:type="dxa"/>
            <w:vAlign w:val="center"/>
          </w:tcPr>
          <w:p w14:paraId="1BCE317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1.2.5/18</w:t>
            </w:r>
          </w:p>
        </w:tc>
        <w:tc>
          <w:tcPr>
            <w:tcW w:w="3115" w:type="dxa"/>
            <w:vAlign w:val="center"/>
          </w:tcPr>
          <w:p w14:paraId="504B4C4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OSPF, BGP.</w:t>
            </w:r>
          </w:p>
        </w:tc>
        <w:tc>
          <w:tcPr>
            <w:tcW w:w="3417" w:type="dxa"/>
            <w:vAlign w:val="center"/>
          </w:tcPr>
          <w:p w14:paraId="73BB5C7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vAlign w:val="center"/>
          </w:tcPr>
          <w:p w14:paraId="75D8604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6D783265" w14:textId="77777777" w:rsidTr="00913CC5">
        <w:trPr>
          <w:trHeight w:val="459"/>
          <w:jc w:val="center"/>
        </w:trPr>
        <w:tc>
          <w:tcPr>
            <w:tcW w:w="1118" w:type="dxa"/>
            <w:vAlign w:val="center"/>
          </w:tcPr>
          <w:p w14:paraId="3065CCB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1.2.5/19</w:t>
            </w:r>
          </w:p>
        </w:tc>
        <w:tc>
          <w:tcPr>
            <w:tcW w:w="3115" w:type="dxa"/>
            <w:vAlign w:val="center"/>
          </w:tcPr>
          <w:p w14:paraId="4C6B8DED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Cisco/Huawei/Juniper vb.</w:t>
            </w:r>
          </w:p>
        </w:tc>
        <w:tc>
          <w:tcPr>
            <w:tcW w:w="3417" w:type="dxa"/>
            <w:vAlign w:val="center"/>
          </w:tcPr>
          <w:p w14:paraId="5530AA3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vAlign w:val="center"/>
          </w:tcPr>
          <w:p w14:paraId="46FE059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406ECE0B" w14:textId="77777777" w:rsidTr="00913CC5">
        <w:trPr>
          <w:trHeight w:val="459"/>
          <w:jc w:val="center"/>
        </w:trPr>
        <w:tc>
          <w:tcPr>
            <w:tcW w:w="1118" w:type="dxa"/>
            <w:vAlign w:val="center"/>
          </w:tcPr>
          <w:p w14:paraId="37324E7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1.2.5/20</w:t>
            </w:r>
          </w:p>
        </w:tc>
        <w:tc>
          <w:tcPr>
            <w:tcW w:w="3115" w:type="dxa"/>
            <w:vAlign w:val="center"/>
          </w:tcPr>
          <w:p w14:paraId="1FF91C2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Troubleshooting.</w:t>
            </w:r>
          </w:p>
        </w:tc>
        <w:tc>
          <w:tcPr>
            <w:tcW w:w="3417" w:type="dxa"/>
            <w:vAlign w:val="center"/>
          </w:tcPr>
          <w:p w14:paraId="32B9AD6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vAlign w:val="center"/>
          </w:tcPr>
          <w:p w14:paraId="183D385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33122E2A" w14:textId="77777777" w:rsidTr="00913CC5">
        <w:trPr>
          <w:trHeight w:val="459"/>
          <w:jc w:val="center"/>
        </w:trPr>
        <w:tc>
          <w:tcPr>
            <w:tcW w:w="1118" w:type="dxa"/>
            <w:vAlign w:val="center"/>
          </w:tcPr>
          <w:p w14:paraId="75E35DED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1.2.5/21</w:t>
            </w:r>
          </w:p>
        </w:tc>
        <w:tc>
          <w:tcPr>
            <w:tcW w:w="3115" w:type="dxa"/>
            <w:vAlign w:val="center"/>
          </w:tcPr>
          <w:p w14:paraId="2E97367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Sistem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entegrasyonu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17" w:type="dxa"/>
            <w:vAlign w:val="center"/>
          </w:tcPr>
          <w:p w14:paraId="7A109C3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vAlign w:val="center"/>
          </w:tcPr>
          <w:p w14:paraId="6A46AE6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3179BE16" w14:textId="77777777" w:rsidTr="00913CC5">
        <w:trPr>
          <w:trHeight w:val="459"/>
          <w:jc w:val="center"/>
        </w:trPr>
        <w:tc>
          <w:tcPr>
            <w:tcW w:w="1118" w:type="dxa"/>
            <w:vAlign w:val="center"/>
          </w:tcPr>
          <w:p w14:paraId="5B81DD5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1.2.5/22</w:t>
            </w:r>
          </w:p>
        </w:tc>
        <w:tc>
          <w:tcPr>
            <w:tcW w:w="3115" w:type="dxa"/>
            <w:vAlign w:val="center"/>
          </w:tcPr>
          <w:p w14:paraId="20155BE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Ağ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topolojisi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teknik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dokümantasyon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17" w:type="dxa"/>
            <w:vAlign w:val="center"/>
          </w:tcPr>
          <w:p w14:paraId="6E72713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vAlign w:val="center"/>
          </w:tcPr>
          <w:p w14:paraId="376E712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3D1E1F3" w14:textId="77777777" w:rsidR="00131E7D" w:rsidRDefault="00131E7D" w:rsidP="009F2C8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0918E48E" w14:textId="77777777" w:rsidR="00E671B9" w:rsidRDefault="00E671B9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05E9B342" w14:textId="690F400B" w:rsidR="00876055" w:rsidRPr="00334F34" w:rsidRDefault="00983634" w:rsidP="009F2C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34F34">
        <w:rPr>
          <w:rFonts w:ascii="Times New Roman" w:hAnsi="Times New Roman" w:cs="Times New Roman"/>
          <w:b/>
          <w:sz w:val="20"/>
          <w:szCs w:val="20"/>
        </w:rPr>
        <w:lastRenderedPageBreak/>
        <w:t>B. TERCİHEN ARANAN NİTELİKLER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2835"/>
        <w:gridCol w:w="4536"/>
        <w:gridCol w:w="2059"/>
      </w:tblGrid>
      <w:tr w:rsidR="00520646" w:rsidRPr="00334F34" w14:paraId="161BB531" w14:textId="77777777" w:rsidTr="003B454C">
        <w:trPr>
          <w:jc w:val="center"/>
        </w:trPr>
        <w:tc>
          <w:tcPr>
            <w:tcW w:w="988" w:type="dxa"/>
            <w:shd w:val="clear" w:color="auto" w:fill="B4C6E7"/>
            <w:vAlign w:val="center"/>
          </w:tcPr>
          <w:p w14:paraId="718E9D2D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İlan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Madde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No</w:t>
            </w:r>
          </w:p>
        </w:tc>
        <w:tc>
          <w:tcPr>
            <w:tcW w:w="2835" w:type="dxa"/>
            <w:shd w:val="clear" w:color="auto" w:fill="B4C6E7"/>
            <w:vAlign w:val="center"/>
          </w:tcPr>
          <w:p w14:paraId="0730BC0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Şart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Yetkinlik</w:t>
            </w:r>
            <w:proofErr w:type="spellEnd"/>
          </w:p>
        </w:tc>
        <w:tc>
          <w:tcPr>
            <w:tcW w:w="4536" w:type="dxa"/>
            <w:shd w:val="clear" w:color="auto" w:fill="B4C6E7"/>
            <w:vAlign w:val="center"/>
          </w:tcPr>
          <w:p w14:paraId="73A991E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Adayın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Açıklaması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(Proje/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Kurum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Teknoloji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Görev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059" w:type="dxa"/>
            <w:shd w:val="clear" w:color="auto" w:fill="B4C6E7"/>
            <w:vAlign w:val="center"/>
          </w:tcPr>
          <w:p w14:paraId="4B4E804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Belge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Kanıt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Belge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tarih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kurum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520646" w:rsidRPr="00334F34" w14:paraId="72C03C32" w14:textId="77777777" w:rsidTr="003B454C">
        <w:trPr>
          <w:jc w:val="center"/>
        </w:trPr>
        <w:tc>
          <w:tcPr>
            <w:tcW w:w="988" w:type="dxa"/>
            <w:vAlign w:val="center"/>
          </w:tcPr>
          <w:p w14:paraId="4002D65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1.2.5/T1</w:t>
            </w:r>
          </w:p>
        </w:tc>
        <w:tc>
          <w:tcPr>
            <w:tcW w:w="2835" w:type="dxa"/>
            <w:vAlign w:val="center"/>
          </w:tcPr>
          <w:p w14:paraId="47E4C02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CCNA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veya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HCIP.</w:t>
            </w:r>
          </w:p>
        </w:tc>
        <w:tc>
          <w:tcPr>
            <w:tcW w:w="4536" w:type="dxa"/>
            <w:vAlign w:val="center"/>
          </w:tcPr>
          <w:p w14:paraId="2DABC8F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Align w:val="center"/>
          </w:tcPr>
          <w:p w14:paraId="3249AC2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3D23FE0" w14:textId="77777777" w:rsidR="008A458C" w:rsidRPr="00334F34" w:rsidRDefault="008A458C" w:rsidP="009F2C8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43E95C00" w14:textId="77777777" w:rsidR="00334F34" w:rsidRPr="00A52A26" w:rsidRDefault="00334F34" w:rsidP="00334F3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C</w:t>
      </w:r>
      <w:r w:rsidRPr="00A52A26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. MESLEKİ DENEYİM ÖZETİ</w:t>
      </w:r>
    </w:p>
    <w:tbl>
      <w:tblPr>
        <w:tblW w:w="102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040"/>
        <w:gridCol w:w="2040"/>
        <w:gridCol w:w="2040"/>
        <w:gridCol w:w="2040"/>
        <w:gridCol w:w="2040"/>
      </w:tblGrid>
      <w:tr w:rsidR="00334F34" w:rsidRPr="00464261" w14:paraId="4AA57809" w14:textId="77777777" w:rsidTr="009F7F94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B4DDB" w14:textId="77777777" w:rsidR="00334F34" w:rsidRPr="00A52A26" w:rsidRDefault="00334F34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Kurum</w:t>
            </w:r>
            <w:proofErr w:type="spellEnd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İşveren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6ACF1" w14:textId="77777777" w:rsidR="00334F34" w:rsidRPr="00A52A26" w:rsidRDefault="00334F34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Unvan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055FFB" w14:textId="77777777" w:rsidR="00334F34" w:rsidRPr="00A52A26" w:rsidRDefault="00334F34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Başlangıç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40167F" w14:textId="77777777" w:rsidR="00334F34" w:rsidRPr="00A52A26" w:rsidRDefault="00334F34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Bitiş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ABD8B5" w14:textId="77777777" w:rsidR="00334F34" w:rsidRPr="00A52A26" w:rsidRDefault="00334F34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Görev</w:t>
            </w:r>
            <w:proofErr w:type="spellEnd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 xml:space="preserve"> ve Sorumluluk </w:t>
            </w: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Özeti</w:t>
            </w:r>
            <w:proofErr w:type="spellEnd"/>
          </w:p>
        </w:tc>
      </w:tr>
      <w:tr w:rsidR="00131E7D" w:rsidRPr="00464261" w14:paraId="1EF9656D" w14:textId="77777777" w:rsidTr="009F7F94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52E4F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E3BFA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FD742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1FF7A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2D8F1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131E7D" w:rsidRPr="00464261" w14:paraId="006A3AAE" w14:textId="77777777" w:rsidTr="009F7F94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A9A03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3223B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513AB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03F9F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56897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131E7D" w:rsidRPr="00464261" w14:paraId="474C42FB" w14:textId="77777777" w:rsidTr="009F7F94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EEE32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4F438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9CC27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9DCC4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73AEC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</w:tbl>
    <w:p w14:paraId="24A25E4E" w14:textId="77777777" w:rsidR="009F7F94" w:rsidRDefault="009F7F94" w:rsidP="00334F34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</w:p>
    <w:p w14:paraId="618F6FD5" w14:textId="19FD473B" w:rsidR="00334F34" w:rsidRPr="00A52A26" w:rsidRDefault="00334F34" w:rsidP="00334F3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D</w:t>
      </w:r>
      <w:r w:rsidRPr="00A52A26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. SERTİFİKA / BELGE BİLGİLERİ</w:t>
      </w:r>
    </w:p>
    <w:tbl>
      <w:tblPr>
        <w:tblW w:w="102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040"/>
        <w:gridCol w:w="2040"/>
        <w:gridCol w:w="2040"/>
        <w:gridCol w:w="2040"/>
        <w:gridCol w:w="2040"/>
      </w:tblGrid>
      <w:tr w:rsidR="00334F34" w:rsidRPr="00464261" w14:paraId="753A47BC" w14:textId="77777777" w:rsidTr="009F7F94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C23810" w14:textId="77777777" w:rsidR="00334F34" w:rsidRPr="00A52A26" w:rsidRDefault="00334F34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Sertifika</w:t>
            </w:r>
            <w:proofErr w:type="spellEnd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Belge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ED970D" w14:textId="77777777" w:rsidR="00334F34" w:rsidRPr="00A52A26" w:rsidRDefault="00334F34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Kuruluş</w:t>
            </w:r>
            <w:proofErr w:type="spellEnd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Üretici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8B45F" w14:textId="77777777" w:rsidR="00334F34" w:rsidRPr="00A52A26" w:rsidRDefault="00334F34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Belge</w:t>
            </w:r>
            <w:proofErr w:type="spellEnd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 xml:space="preserve"> No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BC9B05" w14:textId="77777777" w:rsidR="00334F34" w:rsidRPr="00A52A26" w:rsidRDefault="00334F34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Tarih</w:t>
            </w:r>
            <w:proofErr w:type="spellEnd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Geçerlilik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3E80E" w14:textId="77777777" w:rsidR="00334F34" w:rsidRPr="00A52A26" w:rsidRDefault="00334F34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Açıklama</w:t>
            </w:r>
            <w:proofErr w:type="spellEnd"/>
          </w:p>
        </w:tc>
      </w:tr>
      <w:tr w:rsidR="00131E7D" w:rsidRPr="00464261" w14:paraId="48190B85" w14:textId="77777777" w:rsidTr="009F7F94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F9367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6A983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1F149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27088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40AA4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131E7D" w:rsidRPr="00464261" w14:paraId="1941EE35" w14:textId="77777777" w:rsidTr="009F7F94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07430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6484F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09D44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E3E1B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15AB7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131E7D" w:rsidRPr="00464261" w14:paraId="3A671E77" w14:textId="77777777" w:rsidTr="009F7F94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11395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9351E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76849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88EB0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6CB6D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131E7D" w:rsidRPr="00464261" w14:paraId="7A0918B6" w14:textId="77777777" w:rsidTr="009F7F94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A6381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8203C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96581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7D92F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3B950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131E7D" w:rsidRPr="00464261" w14:paraId="41142685" w14:textId="77777777" w:rsidTr="009F7F94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949EA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56A14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35377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5B9AB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0D339" w14:textId="77777777" w:rsidR="00131E7D" w:rsidRPr="00A52A26" w:rsidRDefault="00131E7D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</w:tbl>
    <w:p w14:paraId="575C5992" w14:textId="77777777" w:rsidR="009F7F94" w:rsidRDefault="009F7F94" w:rsidP="00334F34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</w:p>
    <w:p w14:paraId="2952A86D" w14:textId="04088ED6" w:rsidR="00334F34" w:rsidRPr="00A52A26" w:rsidRDefault="00334F34" w:rsidP="00334F3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E</w:t>
      </w:r>
      <w:r w:rsidRPr="00A52A26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. ADAY BEYANI</w:t>
      </w:r>
    </w:p>
    <w:p w14:paraId="63141844" w14:textId="77777777" w:rsidR="00334F34" w:rsidRDefault="00334F34" w:rsidP="00334F3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Yukarıda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vermiş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olduğum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bilgilerin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doğru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ve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gerçeğe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uygun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olduğunu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;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beyan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ettiğim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bilgi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ve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deneyimleri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istenildiğinde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belgeleyebileceğimi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;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gerçeğe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aykırı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beyanda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bulunduğumun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tespiti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halinde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başvuru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ve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sınav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sonucuna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ilişkin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haklarımın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ilgili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mevzuat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ve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ilan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hükümleri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çerçevesinde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değerlendirileceğini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kabul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ve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beyan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ederim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.</w:t>
      </w:r>
    </w:p>
    <w:p w14:paraId="14F3CB29" w14:textId="77777777" w:rsidR="00E53EDA" w:rsidRPr="00A52A26" w:rsidRDefault="00E53EDA" w:rsidP="00334F3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5100"/>
        <w:gridCol w:w="5100"/>
      </w:tblGrid>
      <w:tr w:rsidR="00334F34" w:rsidRPr="00464261" w14:paraId="06C5A7A3" w14:textId="77777777" w:rsidTr="00527DCA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C5B14B" w14:textId="77777777" w:rsidR="00334F34" w:rsidRPr="00A52A26" w:rsidRDefault="00334F34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Adayın</w:t>
            </w:r>
            <w:proofErr w:type="spellEnd"/>
            <w:r w:rsidRPr="00A52A26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A52A26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Adı</w:t>
            </w:r>
            <w:proofErr w:type="spellEnd"/>
            <w:r w:rsidRPr="00A52A26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A52A26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Soyadı</w:t>
            </w:r>
            <w:proofErr w:type="spellEnd"/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2F7C70" w14:textId="77777777" w:rsidR="00334F34" w:rsidRPr="00A52A26" w:rsidRDefault="00334F34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334F34" w:rsidRPr="00464261" w14:paraId="663B4995" w14:textId="77777777" w:rsidTr="00527DCA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CCE9C" w14:textId="77777777" w:rsidR="00334F34" w:rsidRPr="00A52A26" w:rsidRDefault="00334F34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Tarih</w:t>
            </w:r>
            <w:proofErr w:type="spellEnd"/>
            <w:r w:rsidRPr="00A52A26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A52A26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İmza</w:t>
            </w:r>
            <w:proofErr w:type="spellEnd"/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4F31EE" w14:textId="77777777" w:rsidR="00334F34" w:rsidRPr="00A52A26" w:rsidRDefault="00334F34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</w:tbl>
    <w:p w14:paraId="308BA098" w14:textId="1C49D716" w:rsidR="00876055" w:rsidRPr="00334F34" w:rsidRDefault="00876055" w:rsidP="00614A1F">
      <w:pPr>
        <w:rPr>
          <w:rFonts w:ascii="Times New Roman" w:hAnsi="Times New Roman" w:cs="Times New Roman"/>
          <w:sz w:val="20"/>
          <w:szCs w:val="20"/>
        </w:rPr>
      </w:pPr>
    </w:p>
    <w:sectPr w:rsidR="00876055" w:rsidRPr="00334F34" w:rsidSect="00034616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E7543" w14:textId="77777777" w:rsidR="00DC5D24" w:rsidRDefault="00DC5D24">
      <w:pPr>
        <w:spacing w:after="0" w:line="240" w:lineRule="auto"/>
      </w:pPr>
      <w:r>
        <w:separator/>
      </w:r>
    </w:p>
  </w:endnote>
  <w:endnote w:type="continuationSeparator" w:id="0">
    <w:p w14:paraId="15BA4742" w14:textId="77777777" w:rsidR="00DC5D24" w:rsidRDefault="00DC5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0F41B" w14:textId="77777777" w:rsidR="00983634" w:rsidRDefault="00983634">
    <w:pPr>
      <w:pStyle w:val="AltBilgi"/>
      <w:jc w:val="center"/>
    </w:pPr>
    <w:r>
      <w:rPr>
        <w:sz w:val="14"/>
      </w:rPr>
      <w:t xml:space="preserve">NDK – Teknik </w:t>
    </w:r>
    <w:proofErr w:type="spellStart"/>
    <w:r>
      <w:rPr>
        <w:sz w:val="14"/>
      </w:rPr>
      <w:t>Özgeçmiş</w:t>
    </w:r>
    <w:proofErr w:type="spellEnd"/>
    <w:r>
      <w:rPr>
        <w:sz w:val="14"/>
      </w:rPr>
      <w:t xml:space="preserve"> </w:t>
    </w:r>
    <w:proofErr w:type="spellStart"/>
    <w:r>
      <w:rPr>
        <w:sz w:val="14"/>
      </w:rPr>
      <w:t>ve</w:t>
    </w:r>
    <w:proofErr w:type="spellEnd"/>
    <w:r>
      <w:rPr>
        <w:sz w:val="14"/>
      </w:rPr>
      <w:t xml:space="preserve"> </w:t>
    </w:r>
    <w:proofErr w:type="spellStart"/>
    <w:r>
      <w:rPr>
        <w:sz w:val="14"/>
      </w:rPr>
      <w:t>Belgelendirme</w:t>
    </w:r>
    <w:proofErr w:type="spellEnd"/>
    <w:r>
      <w:rPr>
        <w:sz w:val="14"/>
      </w:rPr>
      <w:t xml:space="preserve"> </w:t>
    </w:r>
    <w:proofErr w:type="spellStart"/>
    <w:r>
      <w:rPr>
        <w:sz w:val="14"/>
      </w:rPr>
      <w:t>Formları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3260E" w14:textId="77777777" w:rsidR="00DC5D24" w:rsidRDefault="00DC5D24">
      <w:pPr>
        <w:spacing w:after="0" w:line="240" w:lineRule="auto"/>
      </w:pPr>
      <w:r>
        <w:separator/>
      </w:r>
    </w:p>
  </w:footnote>
  <w:footnote w:type="continuationSeparator" w:id="0">
    <w:p w14:paraId="42124ED8" w14:textId="77777777" w:rsidR="00DC5D24" w:rsidRDefault="00DC5D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5317690">
    <w:abstractNumId w:val="8"/>
  </w:num>
  <w:num w:numId="2" w16cid:durableId="1439906377">
    <w:abstractNumId w:val="6"/>
  </w:num>
  <w:num w:numId="3" w16cid:durableId="849880053">
    <w:abstractNumId w:val="5"/>
  </w:num>
  <w:num w:numId="4" w16cid:durableId="1284117178">
    <w:abstractNumId w:val="4"/>
  </w:num>
  <w:num w:numId="5" w16cid:durableId="1985155726">
    <w:abstractNumId w:val="7"/>
  </w:num>
  <w:num w:numId="6" w16cid:durableId="1562516272">
    <w:abstractNumId w:val="3"/>
  </w:num>
  <w:num w:numId="7" w16cid:durableId="1577520035">
    <w:abstractNumId w:val="2"/>
  </w:num>
  <w:num w:numId="8" w16cid:durableId="1419058227">
    <w:abstractNumId w:val="1"/>
  </w:num>
  <w:num w:numId="9" w16cid:durableId="1966498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20AF"/>
    <w:rsid w:val="00131E7D"/>
    <w:rsid w:val="0015074B"/>
    <w:rsid w:val="001B56BE"/>
    <w:rsid w:val="001D694D"/>
    <w:rsid w:val="002171FE"/>
    <w:rsid w:val="0029639D"/>
    <w:rsid w:val="002F1170"/>
    <w:rsid w:val="00326F90"/>
    <w:rsid w:val="00334F34"/>
    <w:rsid w:val="003454C9"/>
    <w:rsid w:val="003B454C"/>
    <w:rsid w:val="003D6570"/>
    <w:rsid w:val="00404E6F"/>
    <w:rsid w:val="00407970"/>
    <w:rsid w:val="00453730"/>
    <w:rsid w:val="00483DD1"/>
    <w:rsid w:val="004F01E8"/>
    <w:rsid w:val="005135BC"/>
    <w:rsid w:val="00520646"/>
    <w:rsid w:val="005A6248"/>
    <w:rsid w:val="005A70E5"/>
    <w:rsid w:val="005E74D5"/>
    <w:rsid w:val="00614A1F"/>
    <w:rsid w:val="006A15D2"/>
    <w:rsid w:val="006B2422"/>
    <w:rsid w:val="006C7543"/>
    <w:rsid w:val="006D132D"/>
    <w:rsid w:val="006F1A2D"/>
    <w:rsid w:val="0070469F"/>
    <w:rsid w:val="007160D1"/>
    <w:rsid w:val="00734F6C"/>
    <w:rsid w:val="007A3E79"/>
    <w:rsid w:val="007B4442"/>
    <w:rsid w:val="007D1943"/>
    <w:rsid w:val="00816701"/>
    <w:rsid w:val="00842F44"/>
    <w:rsid w:val="0085390F"/>
    <w:rsid w:val="00876055"/>
    <w:rsid w:val="0089078D"/>
    <w:rsid w:val="008A2879"/>
    <w:rsid w:val="008A458C"/>
    <w:rsid w:val="008E5FDF"/>
    <w:rsid w:val="008F4CA7"/>
    <w:rsid w:val="00913CC5"/>
    <w:rsid w:val="00983634"/>
    <w:rsid w:val="009A5F1C"/>
    <w:rsid w:val="009B178D"/>
    <w:rsid w:val="009C4BE6"/>
    <w:rsid w:val="009F2C81"/>
    <w:rsid w:val="009F7F94"/>
    <w:rsid w:val="00A21F74"/>
    <w:rsid w:val="00A82F20"/>
    <w:rsid w:val="00AA1D8D"/>
    <w:rsid w:val="00AD7D5E"/>
    <w:rsid w:val="00B47730"/>
    <w:rsid w:val="00BC5E1C"/>
    <w:rsid w:val="00C15E9A"/>
    <w:rsid w:val="00C56E0D"/>
    <w:rsid w:val="00CA315A"/>
    <w:rsid w:val="00CB0664"/>
    <w:rsid w:val="00D1269E"/>
    <w:rsid w:val="00D949BF"/>
    <w:rsid w:val="00DC5D24"/>
    <w:rsid w:val="00E53EDA"/>
    <w:rsid w:val="00E671B9"/>
    <w:rsid w:val="00F544ED"/>
    <w:rsid w:val="00F76C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FB7754"/>
  <w14:defaultImageDpi w14:val="300"/>
  <w15:docId w15:val="{552C57F2-D483-43B4-9C32-C33301160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5BC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34CAD33-60CD-415C-93C9-17723484D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1781</Characters>
  <Application>Microsoft Office Word</Application>
  <DocSecurity>0</DocSecurity>
  <Lines>14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Esin ÜNKARACALAR</cp:lastModifiedBy>
  <cp:revision>3</cp:revision>
  <dcterms:created xsi:type="dcterms:W3CDTF">2026-10-16T09:42:00Z</dcterms:created>
  <dcterms:modified xsi:type="dcterms:W3CDTF">2026-10-16T09:50:00Z</dcterms:modified>
  <cp:category/>
</cp:coreProperties>
</file>