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C4462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EK-4 —TEKNİK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05781AFA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Kıdemli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Yazılım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Uzmanı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56BE" w:rsidRPr="00334F34">
        <w:rPr>
          <w:rFonts w:ascii="Times New Roman" w:hAnsi="Times New Roman" w:cs="Times New Roman"/>
          <w:b/>
          <w:sz w:val="20"/>
          <w:szCs w:val="20"/>
        </w:rPr>
        <w:t>(</w:t>
      </w:r>
      <w:r w:rsidRPr="00334F34">
        <w:rPr>
          <w:rFonts w:ascii="Times New Roman" w:hAnsi="Times New Roman" w:cs="Times New Roman"/>
          <w:b/>
          <w:sz w:val="20"/>
          <w:szCs w:val="20"/>
        </w:rPr>
        <w:t>3 Kat</w:t>
      </w:r>
      <w:r w:rsidR="001B56BE" w:rsidRPr="00334F34">
        <w:rPr>
          <w:rFonts w:ascii="Times New Roman" w:hAnsi="Times New Roman" w:cs="Times New Roman"/>
          <w:b/>
          <w:sz w:val="20"/>
          <w:szCs w:val="20"/>
        </w:rPr>
        <w:t>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0520038D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6BAFA536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4C61F1E4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6489999C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0DD6D116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5A2A7F48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3834E16F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5FB9356A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Kıdemli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5F431865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2C0BC252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1D3845F3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2B61CF8A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6263A790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242035A0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02B60DB3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E03E6B" w14:textId="73206EE7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59DAE13" w14:textId="77777777" w:rsidR="003B454C" w:rsidRPr="00334F34" w:rsidRDefault="003B454C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C74FC2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10495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543"/>
        <w:gridCol w:w="3124"/>
        <w:gridCol w:w="2840"/>
      </w:tblGrid>
      <w:tr w:rsidR="00520646" w:rsidRPr="00334F34" w14:paraId="3FF02E96" w14:textId="77777777" w:rsidTr="007B4442">
        <w:trPr>
          <w:trHeight w:val="566"/>
          <w:jc w:val="center"/>
        </w:trPr>
        <w:tc>
          <w:tcPr>
            <w:tcW w:w="988" w:type="dxa"/>
            <w:shd w:val="clear" w:color="auto" w:fill="B4C6E7"/>
            <w:vAlign w:val="center"/>
          </w:tcPr>
          <w:p w14:paraId="5C4BAAD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543" w:type="dxa"/>
            <w:shd w:val="clear" w:color="auto" w:fill="B4C6E7"/>
            <w:vAlign w:val="center"/>
          </w:tcPr>
          <w:p w14:paraId="5DE6642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124" w:type="dxa"/>
            <w:shd w:val="clear" w:color="auto" w:fill="B4C6E7"/>
            <w:vAlign w:val="center"/>
          </w:tcPr>
          <w:p w14:paraId="6A9E23A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40" w:type="dxa"/>
            <w:shd w:val="clear" w:color="auto" w:fill="B4C6E7"/>
            <w:vAlign w:val="center"/>
          </w:tcPr>
          <w:p w14:paraId="4FC9DF6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3D933A88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2C9938B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1.2.4/3</w:t>
            </w:r>
          </w:p>
        </w:tc>
        <w:tc>
          <w:tcPr>
            <w:tcW w:w="3543" w:type="dxa"/>
            <w:vAlign w:val="center"/>
          </w:tcPr>
          <w:p w14:paraId="0D2091D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.NET/.NET Core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katmanlı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backend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358830D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44C6570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FBA5377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5439512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1.2.4/4</w:t>
            </w:r>
          </w:p>
        </w:tc>
        <w:tc>
          <w:tcPr>
            <w:tcW w:w="3543" w:type="dxa"/>
            <w:vAlign w:val="center"/>
          </w:tcPr>
          <w:p w14:paraId="35EAB4D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Angular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responsive/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bileşen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tabanlı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frontend.</w:t>
            </w:r>
          </w:p>
        </w:tc>
        <w:tc>
          <w:tcPr>
            <w:tcW w:w="3124" w:type="dxa"/>
            <w:vAlign w:val="center"/>
          </w:tcPr>
          <w:p w14:paraId="082838A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0A12406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546C4D8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4A20CB9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1.2.4/5</w:t>
            </w:r>
          </w:p>
        </w:tc>
        <w:tc>
          <w:tcPr>
            <w:tcW w:w="3543" w:type="dxa"/>
            <w:vAlign w:val="center"/>
          </w:tcPr>
          <w:p w14:paraId="672ED4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SPA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0A9402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6B299D9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F2941B0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56FA5A4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1.2.4/6</w:t>
            </w:r>
          </w:p>
        </w:tc>
        <w:tc>
          <w:tcPr>
            <w:tcW w:w="3543" w:type="dxa"/>
            <w:vAlign w:val="center"/>
          </w:tcPr>
          <w:p w14:paraId="5D65238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REST API, JWT/OAuth2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yetkilendirme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0C113A4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0BF4904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095EA82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7CC9E6B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1.2.4/7</w:t>
            </w:r>
          </w:p>
        </w:tc>
        <w:tc>
          <w:tcPr>
            <w:tcW w:w="3543" w:type="dxa"/>
            <w:vAlign w:val="center"/>
          </w:tcPr>
          <w:p w14:paraId="68A5A66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Docker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dağıtım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35EE34E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0E70808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5578892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725269F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1.2.4/8</w:t>
            </w:r>
          </w:p>
        </w:tc>
        <w:tc>
          <w:tcPr>
            <w:tcW w:w="3543" w:type="dxa"/>
            <w:vAlign w:val="center"/>
          </w:tcPr>
          <w:p w14:paraId="5EB7584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Git/GitHub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ekip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3AC1B2D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33F5E9C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4AC1815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3A1F2E9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1.2.4/9</w:t>
            </w:r>
          </w:p>
        </w:tc>
        <w:tc>
          <w:tcPr>
            <w:tcW w:w="3543" w:type="dxa"/>
            <w:vAlign w:val="center"/>
          </w:tcPr>
          <w:p w14:paraId="594A4F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PostgreSQL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modelleme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12D1735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0842FB8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80D675E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59249B3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1.2.4/10</w:t>
            </w:r>
          </w:p>
        </w:tc>
        <w:tc>
          <w:tcPr>
            <w:tcW w:w="3543" w:type="dxa"/>
            <w:vAlign w:val="center"/>
          </w:tcPr>
          <w:p w14:paraId="6C63990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Entity Framework, Dapper, Hibernate.</w:t>
            </w:r>
          </w:p>
        </w:tc>
        <w:tc>
          <w:tcPr>
            <w:tcW w:w="3124" w:type="dxa"/>
            <w:vAlign w:val="center"/>
          </w:tcPr>
          <w:p w14:paraId="43F2415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3FC0748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F14BF15" w14:textId="77777777" w:rsidTr="007B4442">
        <w:trPr>
          <w:trHeight w:val="680"/>
          <w:jc w:val="center"/>
        </w:trPr>
        <w:tc>
          <w:tcPr>
            <w:tcW w:w="988" w:type="dxa"/>
            <w:vAlign w:val="center"/>
          </w:tcPr>
          <w:p w14:paraId="654378B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1.2.4/11</w:t>
            </w:r>
          </w:p>
        </w:tc>
        <w:tc>
          <w:tcPr>
            <w:tcW w:w="3543" w:type="dxa"/>
            <w:vAlign w:val="center"/>
          </w:tcPr>
          <w:p w14:paraId="687B9A3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katmanlı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, repository pattern, dependency injection.</w:t>
            </w:r>
          </w:p>
        </w:tc>
        <w:tc>
          <w:tcPr>
            <w:tcW w:w="3124" w:type="dxa"/>
            <w:vAlign w:val="center"/>
          </w:tcPr>
          <w:p w14:paraId="68D8FD1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67730B0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F10DA7C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09F3784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1.2.4/12</w:t>
            </w:r>
          </w:p>
        </w:tc>
        <w:tc>
          <w:tcPr>
            <w:tcW w:w="3543" w:type="dxa"/>
            <w:vAlign w:val="center"/>
          </w:tcPr>
          <w:p w14:paraId="5C59E1C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Unit/Integration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testleri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7F37930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120FE6B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A9204F5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149A829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1.2.4/13</w:t>
            </w:r>
          </w:p>
        </w:tc>
        <w:tc>
          <w:tcPr>
            <w:tcW w:w="3543" w:type="dxa"/>
            <w:vAlign w:val="center"/>
          </w:tcPr>
          <w:p w14:paraId="0691AA6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Agile/Scrum.</w:t>
            </w:r>
          </w:p>
        </w:tc>
        <w:tc>
          <w:tcPr>
            <w:tcW w:w="3124" w:type="dxa"/>
            <w:vAlign w:val="center"/>
          </w:tcPr>
          <w:p w14:paraId="1D425A4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158E261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BE368FD" w14:textId="77777777" w:rsidTr="007B4442">
        <w:trPr>
          <w:trHeight w:val="623"/>
          <w:jc w:val="center"/>
        </w:trPr>
        <w:tc>
          <w:tcPr>
            <w:tcW w:w="988" w:type="dxa"/>
            <w:vAlign w:val="center"/>
          </w:tcPr>
          <w:p w14:paraId="0ED4F00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1.2.4/14</w:t>
            </w:r>
          </w:p>
        </w:tc>
        <w:tc>
          <w:tcPr>
            <w:tcW w:w="3543" w:type="dxa"/>
            <w:vAlign w:val="center"/>
          </w:tcPr>
          <w:p w14:paraId="1A08881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Hata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iyileştirme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5459D4D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1547FB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8E7405F" w14:textId="77777777" w:rsidTr="007B4442">
        <w:trPr>
          <w:trHeight w:val="590"/>
          <w:jc w:val="center"/>
        </w:trPr>
        <w:tc>
          <w:tcPr>
            <w:tcW w:w="988" w:type="dxa"/>
            <w:vAlign w:val="center"/>
          </w:tcPr>
          <w:p w14:paraId="2E3F566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1.2.4/15</w:t>
            </w:r>
          </w:p>
        </w:tc>
        <w:tc>
          <w:tcPr>
            <w:tcW w:w="3543" w:type="dxa"/>
            <w:vAlign w:val="center"/>
          </w:tcPr>
          <w:p w14:paraId="4EE2728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Teknik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dokümantasyon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24" w:type="dxa"/>
            <w:vAlign w:val="center"/>
          </w:tcPr>
          <w:p w14:paraId="604F84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0" w:type="dxa"/>
            <w:vAlign w:val="center"/>
          </w:tcPr>
          <w:p w14:paraId="6599E5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9D4006" w14:textId="77777777" w:rsidR="001B56BE" w:rsidRPr="00334F34" w:rsidRDefault="001B56BE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55BC2F7" w14:textId="77777777" w:rsidR="003B454C" w:rsidRDefault="003B454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DADF2E9" w14:textId="5780DAEE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lastRenderedPageBreak/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94"/>
        <w:gridCol w:w="3354"/>
        <w:gridCol w:w="3260"/>
        <w:gridCol w:w="3166"/>
      </w:tblGrid>
      <w:tr w:rsidR="00520646" w:rsidRPr="00334F34" w14:paraId="4D3EBDB4" w14:textId="77777777" w:rsidTr="00913CC5">
        <w:trPr>
          <w:trHeight w:val="469"/>
          <w:jc w:val="center"/>
        </w:trPr>
        <w:tc>
          <w:tcPr>
            <w:tcW w:w="894" w:type="dxa"/>
            <w:shd w:val="clear" w:color="auto" w:fill="B4C6E7"/>
            <w:vAlign w:val="center"/>
          </w:tcPr>
          <w:p w14:paraId="354C881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354" w:type="dxa"/>
            <w:shd w:val="clear" w:color="auto" w:fill="B4C6E7"/>
            <w:vAlign w:val="center"/>
          </w:tcPr>
          <w:p w14:paraId="540EDEE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260" w:type="dxa"/>
            <w:shd w:val="clear" w:color="auto" w:fill="B4C6E7"/>
            <w:vAlign w:val="center"/>
          </w:tcPr>
          <w:p w14:paraId="598B503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66" w:type="dxa"/>
            <w:shd w:val="clear" w:color="auto" w:fill="B4C6E7"/>
            <w:vAlign w:val="center"/>
          </w:tcPr>
          <w:p w14:paraId="50911C3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18B0DCE9" w14:textId="77777777" w:rsidTr="00913CC5">
        <w:trPr>
          <w:trHeight w:val="401"/>
          <w:jc w:val="center"/>
        </w:trPr>
        <w:tc>
          <w:tcPr>
            <w:tcW w:w="894" w:type="dxa"/>
            <w:vAlign w:val="center"/>
          </w:tcPr>
          <w:p w14:paraId="7B00834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1.2.4/T1</w:t>
            </w:r>
          </w:p>
        </w:tc>
        <w:tc>
          <w:tcPr>
            <w:tcW w:w="3354" w:type="dxa"/>
            <w:vAlign w:val="center"/>
          </w:tcPr>
          <w:p w14:paraId="5DB8E8F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Linux.</w:t>
            </w:r>
          </w:p>
        </w:tc>
        <w:tc>
          <w:tcPr>
            <w:tcW w:w="3260" w:type="dxa"/>
            <w:vAlign w:val="center"/>
          </w:tcPr>
          <w:p w14:paraId="19CD87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7CE433C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F7A74BA" w14:textId="77777777" w:rsidTr="00913CC5">
        <w:trPr>
          <w:trHeight w:val="401"/>
          <w:jc w:val="center"/>
        </w:trPr>
        <w:tc>
          <w:tcPr>
            <w:tcW w:w="894" w:type="dxa"/>
            <w:vAlign w:val="center"/>
          </w:tcPr>
          <w:p w14:paraId="5417886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1.2.4/T2</w:t>
            </w:r>
          </w:p>
        </w:tc>
        <w:tc>
          <w:tcPr>
            <w:tcW w:w="3354" w:type="dxa"/>
            <w:vAlign w:val="center"/>
          </w:tcPr>
          <w:p w14:paraId="25D87BE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Mikroservis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Align w:val="center"/>
          </w:tcPr>
          <w:p w14:paraId="7D165EB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5E3CF18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435C575" w14:textId="77777777" w:rsidTr="00913CC5">
        <w:trPr>
          <w:trHeight w:val="401"/>
          <w:jc w:val="center"/>
        </w:trPr>
        <w:tc>
          <w:tcPr>
            <w:tcW w:w="894" w:type="dxa"/>
            <w:vAlign w:val="center"/>
          </w:tcPr>
          <w:p w14:paraId="57DCDB9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1.2.4/T3</w:t>
            </w:r>
          </w:p>
        </w:tc>
        <w:tc>
          <w:tcPr>
            <w:tcW w:w="3354" w:type="dxa"/>
            <w:vAlign w:val="center"/>
          </w:tcPr>
          <w:p w14:paraId="4EE1D9E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CQRS.</w:t>
            </w:r>
          </w:p>
        </w:tc>
        <w:tc>
          <w:tcPr>
            <w:tcW w:w="3260" w:type="dxa"/>
            <w:vAlign w:val="center"/>
          </w:tcPr>
          <w:p w14:paraId="4971FBF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34DB11C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D412EA7" w14:textId="77777777" w:rsidTr="00913CC5">
        <w:trPr>
          <w:trHeight w:val="401"/>
          <w:jc w:val="center"/>
        </w:trPr>
        <w:tc>
          <w:tcPr>
            <w:tcW w:w="894" w:type="dxa"/>
            <w:vAlign w:val="center"/>
          </w:tcPr>
          <w:p w14:paraId="5DE4F3C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1.2.4/T4</w:t>
            </w:r>
          </w:p>
        </w:tc>
        <w:tc>
          <w:tcPr>
            <w:tcW w:w="3354" w:type="dxa"/>
            <w:vAlign w:val="center"/>
          </w:tcPr>
          <w:p w14:paraId="336987D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RabbitMQ/Kafka.</w:t>
            </w:r>
          </w:p>
        </w:tc>
        <w:tc>
          <w:tcPr>
            <w:tcW w:w="3260" w:type="dxa"/>
            <w:vAlign w:val="center"/>
          </w:tcPr>
          <w:p w14:paraId="728E10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4F149D8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6ECC8E5" w14:textId="77777777" w:rsidTr="00913CC5">
        <w:trPr>
          <w:trHeight w:val="401"/>
          <w:jc w:val="center"/>
        </w:trPr>
        <w:tc>
          <w:tcPr>
            <w:tcW w:w="894" w:type="dxa"/>
            <w:vAlign w:val="center"/>
          </w:tcPr>
          <w:p w14:paraId="28A7A08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1.2.4/T5</w:t>
            </w:r>
          </w:p>
        </w:tc>
        <w:tc>
          <w:tcPr>
            <w:tcW w:w="3354" w:type="dxa"/>
            <w:vAlign w:val="center"/>
          </w:tcPr>
          <w:p w14:paraId="41C6F9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Kubernetes/OpenShift.</w:t>
            </w:r>
          </w:p>
        </w:tc>
        <w:tc>
          <w:tcPr>
            <w:tcW w:w="3260" w:type="dxa"/>
            <w:vAlign w:val="center"/>
          </w:tcPr>
          <w:p w14:paraId="0961204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6E20B7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8502DB7" w14:textId="77777777" w:rsidTr="00913CC5">
        <w:trPr>
          <w:trHeight w:val="401"/>
          <w:jc w:val="center"/>
        </w:trPr>
        <w:tc>
          <w:tcPr>
            <w:tcW w:w="894" w:type="dxa"/>
            <w:vAlign w:val="center"/>
          </w:tcPr>
          <w:p w14:paraId="04E3CF9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1.2.4/T6</w:t>
            </w:r>
          </w:p>
        </w:tc>
        <w:tc>
          <w:tcPr>
            <w:tcW w:w="3354" w:type="dxa"/>
            <w:vAlign w:val="center"/>
          </w:tcPr>
          <w:p w14:paraId="329F718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DevOps/CI-CD.</w:t>
            </w:r>
          </w:p>
        </w:tc>
        <w:tc>
          <w:tcPr>
            <w:tcW w:w="3260" w:type="dxa"/>
            <w:vAlign w:val="center"/>
          </w:tcPr>
          <w:p w14:paraId="29D31F3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2360316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BA14EEA" w14:textId="77777777" w:rsidTr="00913CC5">
        <w:trPr>
          <w:trHeight w:val="802"/>
          <w:jc w:val="center"/>
        </w:trPr>
        <w:tc>
          <w:tcPr>
            <w:tcW w:w="894" w:type="dxa"/>
            <w:vAlign w:val="center"/>
          </w:tcPr>
          <w:p w14:paraId="26F69C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1.2.4/T7</w:t>
            </w:r>
          </w:p>
        </w:tc>
        <w:tc>
          <w:tcPr>
            <w:tcW w:w="3354" w:type="dxa"/>
            <w:vAlign w:val="center"/>
          </w:tcPr>
          <w:p w14:paraId="5DEEE29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OWASP Top 10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Align w:val="center"/>
          </w:tcPr>
          <w:p w14:paraId="3077F1C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14:paraId="048261B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5D3250" w14:textId="77777777" w:rsidR="001B56BE" w:rsidRPr="00334F34" w:rsidRDefault="001B56BE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05FEF99" w14:textId="77777777" w:rsidR="00C15E9A" w:rsidRPr="00334F34" w:rsidRDefault="00C15E9A" w:rsidP="00C15E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C.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C15E9A" w:rsidRPr="00334F34" w14:paraId="42386B20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76D77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F4081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A5946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FA60C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20F78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ve Sorumluluk Özeti</w:t>
            </w:r>
          </w:p>
        </w:tc>
      </w:tr>
      <w:tr w:rsidR="008E5FDF" w:rsidRPr="00334F34" w14:paraId="5D98B096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CB4C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E825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9C80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91CC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1AE5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28901A4C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EE72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4A5A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4EB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8B29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8513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5E6B3353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BC5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FCCC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D182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594B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6FC2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3772A83A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993C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5C14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3777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C605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75FA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690A5269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8000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761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0E0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C27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113D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3FB87E06" w14:textId="77777777" w:rsidR="009C4BE6" w:rsidRDefault="009C4BE6" w:rsidP="00C15E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702D1F7A" w14:textId="23C7941B" w:rsidR="00C15E9A" w:rsidRPr="00334F34" w:rsidRDefault="00C15E9A" w:rsidP="00C15E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D.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C15E9A" w:rsidRPr="00334F34" w14:paraId="65FD45BC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D805D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218C6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D251E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5CAC9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16785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8E5FDF" w:rsidRPr="00334F34" w14:paraId="6BE47D11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E1A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9ABB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FAAE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E410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2781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6CD46E07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ACDA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090D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EC18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53A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D59B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65B9C9D9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0153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A68B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F0B9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B4F5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0D58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7F9223F3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5926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D2EF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E348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0D6E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31B8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55BC4A56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4935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55CA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F090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9768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5B7A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E5FDF" w:rsidRPr="00334F34" w14:paraId="043F70DE" w14:textId="77777777" w:rsidTr="009C4BE6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E7B9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A169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2710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7C90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5B6F" w14:textId="77777777" w:rsidR="008E5FDF" w:rsidRPr="00334F34" w:rsidRDefault="008E5FD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07F0A7D2" w14:textId="77777777" w:rsidR="009C4BE6" w:rsidRDefault="009C4BE6" w:rsidP="00C15E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3394001E" w14:textId="4DDF3B3E" w:rsidR="00C15E9A" w:rsidRPr="00334F34" w:rsidRDefault="00C15E9A" w:rsidP="00C15E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E. ADAY BEYANI</w:t>
      </w:r>
    </w:p>
    <w:p w14:paraId="4FD54E52" w14:textId="77777777" w:rsidR="00C15E9A" w:rsidRDefault="00C15E9A" w:rsidP="00C15E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Yukarıda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vermiş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doğru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uygun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olduğunu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ettiğim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deneyimleri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istenildiğinde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belgeleyebileceğimi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aykırı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bulunduğumun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tespiti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halinde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başvuru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sınav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sonucuna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ilişkin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haklarımın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ilgili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mevzuat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hükümleri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çerçevesinde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değerlendirileceğini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kabul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ederim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.</w:t>
      </w:r>
    </w:p>
    <w:p w14:paraId="452A8E4F" w14:textId="77777777" w:rsidR="00E53EDA" w:rsidRPr="00334F34" w:rsidRDefault="00E53EDA" w:rsidP="00C15E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C15E9A" w:rsidRPr="00334F34" w14:paraId="3900DBB5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24378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131B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15E9A" w:rsidRPr="00334F34" w14:paraId="1ECFE3C0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993FB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İmza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EED3C" w14:textId="77777777" w:rsidR="00C15E9A" w:rsidRPr="00334F34" w:rsidRDefault="00C15E9A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28610522" w14:textId="77777777" w:rsidR="00C15E9A" w:rsidRPr="00334F34" w:rsidRDefault="00C15E9A">
      <w:pPr>
        <w:rPr>
          <w:rFonts w:ascii="Times New Roman" w:hAnsi="Times New Roman" w:cs="Times New Roman"/>
          <w:b/>
          <w:sz w:val="20"/>
          <w:szCs w:val="20"/>
        </w:rPr>
      </w:pPr>
    </w:p>
    <w:p w14:paraId="2D0EAEA9" w14:textId="21EFA847" w:rsidR="00407970" w:rsidRDefault="00407970">
      <w:pPr>
        <w:rPr>
          <w:rFonts w:ascii="Times New Roman" w:hAnsi="Times New Roman" w:cs="Times New Roman"/>
          <w:b/>
          <w:sz w:val="20"/>
          <w:szCs w:val="20"/>
        </w:rPr>
      </w:pPr>
    </w:p>
    <w:sectPr w:rsidR="00407970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68F35" w14:textId="77777777" w:rsidR="00B46084" w:rsidRDefault="00B46084">
      <w:pPr>
        <w:spacing w:after="0" w:line="240" w:lineRule="auto"/>
      </w:pPr>
      <w:r>
        <w:separator/>
      </w:r>
    </w:p>
  </w:endnote>
  <w:endnote w:type="continuationSeparator" w:id="0">
    <w:p w14:paraId="12A2DD41" w14:textId="77777777" w:rsidR="00B46084" w:rsidRDefault="00B46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62330" w14:textId="77777777" w:rsidR="00B46084" w:rsidRDefault="00B46084">
      <w:pPr>
        <w:spacing w:after="0" w:line="240" w:lineRule="auto"/>
      </w:pPr>
      <w:r>
        <w:separator/>
      </w:r>
    </w:p>
  </w:footnote>
  <w:footnote w:type="continuationSeparator" w:id="0">
    <w:p w14:paraId="5CBFE51E" w14:textId="77777777" w:rsidR="00B46084" w:rsidRDefault="00B46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C79"/>
    <w:rsid w:val="0006063C"/>
    <w:rsid w:val="000A20AF"/>
    <w:rsid w:val="00131E7D"/>
    <w:rsid w:val="0015074B"/>
    <w:rsid w:val="001B56BE"/>
    <w:rsid w:val="001D694D"/>
    <w:rsid w:val="002171FE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A6248"/>
    <w:rsid w:val="005A70E5"/>
    <w:rsid w:val="005E74D5"/>
    <w:rsid w:val="006A15D2"/>
    <w:rsid w:val="006B2422"/>
    <w:rsid w:val="006C7543"/>
    <w:rsid w:val="006D132D"/>
    <w:rsid w:val="006F1A2D"/>
    <w:rsid w:val="0070469F"/>
    <w:rsid w:val="007160D1"/>
    <w:rsid w:val="00734F6C"/>
    <w:rsid w:val="007A3E79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83634"/>
    <w:rsid w:val="009A5F1C"/>
    <w:rsid w:val="009B178D"/>
    <w:rsid w:val="009C4BE6"/>
    <w:rsid w:val="009F2C81"/>
    <w:rsid w:val="009F7F94"/>
    <w:rsid w:val="00A21F74"/>
    <w:rsid w:val="00AA1D8D"/>
    <w:rsid w:val="00AD7D5E"/>
    <w:rsid w:val="00B46084"/>
    <w:rsid w:val="00B47730"/>
    <w:rsid w:val="00BC5E1C"/>
    <w:rsid w:val="00C15E9A"/>
    <w:rsid w:val="00C56E0D"/>
    <w:rsid w:val="00CA315A"/>
    <w:rsid w:val="00CB0664"/>
    <w:rsid w:val="00D0674C"/>
    <w:rsid w:val="00D1269E"/>
    <w:rsid w:val="00D949BF"/>
    <w:rsid w:val="00E53EDA"/>
    <w:rsid w:val="00E671B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3</cp:revision>
  <dcterms:created xsi:type="dcterms:W3CDTF">2026-10-16T09:42:00Z</dcterms:created>
  <dcterms:modified xsi:type="dcterms:W3CDTF">2026-10-16T09:50:00Z</dcterms:modified>
  <cp:category/>
</cp:coreProperties>
</file>