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1BA78" w14:textId="77777777" w:rsidR="00876055" w:rsidRPr="00334F34" w:rsidRDefault="00876055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4B5F1D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EK-2 —</w:t>
      </w:r>
      <w:r w:rsidR="009F2C81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 xml:space="preserve">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508CCD5A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Kıdemli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Veri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Tabanı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Uzmanı</w:t>
      </w:r>
      <w:proofErr w:type="spellEnd"/>
      <w:r w:rsidR="008A458C" w:rsidRPr="00334F34">
        <w:rPr>
          <w:rFonts w:ascii="Times New Roman" w:hAnsi="Times New Roman" w:cs="Times New Roman"/>
          <w:b/>
          <w:sz w:val="20"/>
          <w:szCs w:val="20"/>
        </w:rPr>
        <w:t xml:space="preserve"> (3 Kat)</w:t>
      </w:r>
    </w:p>
    <w:p w14:paraId="44AECC3D" w14:textId="77777777" w:rsidR="009F2C81" w:rsidRPr="00334F34" w:rsidRDefault="009F2C81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3BDCFF2B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00DE1223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626A7140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2887885B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7286E3C5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78E1D7C1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2835DF2D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35BF90EC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Kıdemli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Tabanı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112783D5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33F92A8B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270D83B7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0B1F0F56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419C1269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1B7B1A84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5CB501A8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82DCB8" w14:textId="08BC5B17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35A657F" w14:textId="77777777" w:rsidR="00E53EDA" w:rsidRPr="00334F34" w:rsidRDefault="00E53EDA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F48D21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3543"/>
        <w:gridCol w:w="3119"/>
        <w:gridCol w:w="3089"/>
      </w:tblGrid>
      <w:tr w:rsidR="00520646" w:rsidRPr="00334F34" w14:paraId="13AFF69D" w14:textId="77777777" w:rsidTr="00913CC5">
        <w:trPr>
          <w:trHeight w:val="260"/>
          <w:jc w:val="center"/>
        </w:trPr>
        <w:tc>
          <w:tcPr>
            <w:tcW w:w="988" w:type="dxa"/>
            <w:shd w:val="clear" w:color="auto" w:fill="B4C6E7"/>
            <w:vAlign w:val="center"/>
          </w:tcPr>
          <w:p w14:paraId="39D71C9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543" w:type="dxa"/>
            <w:shd w:val="clear" w:color="auto" w:fill="B4C6E7"/>
            <w:vAlign w:val="center"/>
          </w:tcPr>
          <w:p w14:paraId="0C7041B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119" w:type="dxa"/>
            <w:shd w:val="clear" w:color="auto" w:fill="B4C6E7"/>
            <w:vAlign w:val="center"/>
          </w:tcPr>
          <w:p w14:paraId="4994FAA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89" w:type="dxa"/>
            <w:shd w:val="clear" w:color="auto" w:fill="B4C6E7"/>
            <w:vAlign w:val="center"/>
          </w:tcPr>
          <w:p w14:paraId="7361440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7AC83678" w14:textId="77777777" w:rsidTr="00913CC5">
        <w:trPr>
          <w:trHeight w:val="1236"/>
          <w:jc w:val="center"/>
        </w:trPr>
        <w:tc>
          <w:tcPr>
            <w:tcW w:w="988" w:type="dxa"/>
            <w:vAlign w:val="center"/>
          </w:tcPr>
          <w:p w14:paraId="6094B1F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</w:t>
            </w:r>
          </w:p>
        </w:tc>
        <w:tc>
          <w:tcPr>
            <w:tcW w:w="3543" w:type="dxa"/>
            <w:vAlign w:val="center"/>
          </w:tcPr>
          <w:p w14:paraId="437CFF4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tabanı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zekâsı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mühendisi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olarak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belgelendirme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2D5AA5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098E131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0068EBA" w14:textId="77777777" w:rsidTr="00913CC5">
        <w:trPr>
          <w:trHeight w:val="810"/>
          <w:jc w:val="center"/>
        </w:trPr>
        <w:tc>
          <w:tcPr>
            <w:tcW w:w="988" w:type="dxa"/>
            <w:vAlign w:val="center"/>
          </w:tcPr>
          <w:p w14:paraId="6DDE918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1.2.2/2</w:t>
            </w:r>
          </w:p>
        </w:tc>
        <w:tc>
          <w:tcPr>
            <w:tcW w:w="3543" w:type="dxa"/>
            <w:vAlign w:val="center"/>
          </w:tcPr>
          <w:p w14:paraId="0E82C71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ambarı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ETL,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raporlama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OLAP'ta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4A1C4A0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3A50700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827266B" w14:textId="77777777" w:rsidTr="00913CC5">
        <w:trPr>
          <w:trHeight w:val="810"/>
          <w:jc w:val="center"/>
        </w:trPr>
        <w:tc>
          <w:tcPr>
            <w:tcW w:w="988" w:type="dxa"/>
            <w:vAlign w:val="center"/>
          </w:tcPr>
          <w:p w14:paraId="269E56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1.2.2/3</w:t>
            </w:r>
          </w:p>
        </w:tc>
        <w:tc>
          <w:tcPr>
            <w:tcW w:w="3543" w:type="dxa"/>
            <w:vAlign w:val="center"/>
          </w:tcPr>
          <w:p w14:paraId="236774A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Power BI,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QlikSense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IBM Cognos Analytics vb.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görselleştirme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52F34D0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5ADF43B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3EE4E3F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30F9A80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1.2.2/4</w:t>
            </w:r>
          </w:p>
        </w:tc>
        <w:tc>
          <w:tcPr>
            <w:tcW w:w="3543" w:type="dxa"/>
            <w:vAlign w:val="center"/>
          </w:tcPr>
          <w:p w14:paraId="74AF96C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Hadoop, Hive, Spark, NoSQL Databases, Python.</w:t>
            </w:r>
          </w:p>
        </w:tc>
        <w:tc>
          <w:tcPr>
            <w:tcW w:w="3119" w:type="dxa"/>
            <w:vAlign w:val="center"/>
          </w:tcPr>
          <w:p w14:paraId="0F38AE7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0C8987B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7268CA6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683C684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1.2.2/5</w:t>
            </w:r>
          </w:p>
        </w:tc>
        <w:tc>
          <w:tcPr>
            <w:tcW w:w="3543" w:type="dxa"/>
            <w:vAlign w:val="center"/>
          </w:tcPr>
          <w:p w14:paraId="707A529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Büyük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kümelerinde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düzey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SQL.</w:t>
            </w:r>
          </w:p>
        </w:tc>
        <w:tc>
          <w:tcPr>
            <w:tcW w:w="3119" w:type="dxa"/>
            <w:vAlign w:val="center"/>
          </w:tcPr>
          <w:p w14:paraId="1FC0993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3AC3C68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848A043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4CEEA61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1.2.2/6</w:t>
            </w:r>
          </w:p>
        </w:tc>
        <w:tc>
          <w:tcPr>
            <w:tcW w:w="3543" w:type="dxa"/>
            <w:vAlign w:val="center"/>
          </w:tcPr>
          <w:p w14:paraId="7A671F9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PostgreSQL, MSSQL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Oracle.</w:t>
            </w:r>
          </w:p>
        </w:tc>
        <w:tc>
          <w:tcPr>
            <w:tcW w:w="3119" w:type="dxa"/>
            <w:vAlign w:val="center"/>
          </w:tcPr>
          <w:p w14:paraId="6132DBA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7720CDA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BFC7A61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753902E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1.2.2/7</w:t>
            </w:r>
          </w:p>
        </w:tc>
        <w:tc>
          <w:tcPr>
            <w:tcW w:w="3543" w:type="dxa"/>
            <w:vAlign w:val="center"/>
          </w:tcPr>
          <w:p w14:paraId="27314C9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Kafka, RabbitMQ.</w:t>
            </w:r>
          </w:p>
        </w:tc>
        <w:tc>
          <w:tcPr>
            <w:tcW w:w="3119" w:type="dxa"/>
            <w:vAlign w:val="center"/>
          </w:tcPr>
          <w:p w14:paraId="2953C2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0D69CC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786F573" w14:textId="77777777" w:rsidTr="00913CC5">
        <w:trPr>
          <w:trHeight w:val="810"/>
          <w:jc w:val="center"/>
        </w:trPr>
        <w:tc>
          <w:tcPr>
            <w:tcW w:w="988" w:type="dxa"/>
            <w:vAlign w:val="center"/>
          </w:tcPr>
          <w:p w14:paraId="1FEFE57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1.2.2/8</w:t>
            </w:r>
          </w:p>
        </w:tc>
        <w:tc>
          <w:tcPr>
            <w:tcW w:w="3543" w:type="dxa"/>
            <w:vAlign w:val="center"/>
          </w:tcPr>
          <w:p w14:paraId="51437E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Pandas,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Keras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Numpy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Scikit-Learn, TensorFlow vb.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255792D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2BA831D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2DD8A1D" w14:textId="77777777" w:rsidTr="00913CC5">
        <w:trPr>
          <w:trHeight w:val="810"/>
          <w:jc w:val="center"/>
        </w:trPr>
        <w:tc>
          <w:tcPr>
            <w:tcW w:w="988" w:type="dxa"/>
            <w:vAlign w:val="center"/>
          </w:tcPr>
          <w:p w14:paraId="6F831DF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1.2.2/9</w:t>
            </w:r>
          </w:p>
        </w:tc>
        <w:tc>
          <w:tcPr>
            <w:tcW w:w="3543" w:type="dxa"/>
            <w:vAlign w:val="center"/>
          </w:tcPr>
          <w:p w14:paraId="1421306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madenciliği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makine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öğrenmesi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derin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öğrenme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tahminleme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yapay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zekâ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584A7E3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3CD8D08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15E9347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58082CD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1.2.2/10</w:t>
            </w:r>
          </w:p>
        </w:tc>
        <w:tc>
          <w:tcPr>
            <w:tcW w:w="3543" w:type="dxa"/>
            <w:vAlign w:val="center"/>
          </w:tcPr>
          <w:p w14:paraId="4CABFCD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Linux (Ubuntu).</w:t>
            </w:r>
          </w:p>
        </w:tc>
        <w:tc>
          <w:tcPr>
            <w:tcW w:w="3119" w:type="dxa"/>
            <w:vAlign w:val="center"/>
          </w:tcPr>
          <w:p w14:paraId="7D0F45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4DFC766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3706DC9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0444F41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1.2.2/11</w:t>
            </w:r>
          </w:p>
        </w:tc>
        <w:tc>
          <w:tcPr>
            <w:tcW w:w="3543" w:type="dxa"/>
            <w:vAlign w:val="center"/>
          </w:tcPr>
          <w:p w14:paraId="645411E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NoSQL (MongoDB, Cassandra vb.).</w:t>
            </w:r>
          </w:p>
        </w:tc>
        <w:tc>
          <w:tcPr>
            <w:tcW w:w="3119" w:type="dxa"/>
            <w:vAlign w:val="center"/>
          </w:tcPr>
          <w:p w14:paraId="083EDF8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6F12CC8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973844C" w14:textId="77777777" w:rsidTr="00913CC5">
        <w:trPr>
          <w:trHeight w:val="810"/>
          <w:jc w:val="center"/>
        </w:trPr>
        <w:tc>
          <w:tcPr>
            <w:tcW w:w="988" w:type="dxa"/>
            <w:vAlign w:val="center"/>
          </w:tcPr>
          <w:p w14:paraId="7B307BC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1.2.2/12</w:t>
            </w:r>
          </w:p>
        </w:tc>
        <w:tc>
          <w:tcPr>
            <w:tcW w:w="3543" w:type="dxa"/>
            <w:vAlign w:val="center"/>
          </w:tcPr>
          <w:p w14:paraId="0E087CC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Backup, Restore, RMAN, RAC, Partitioning, Data Guard, Database Tuning.</w:t>
            </w:r>
          </w:p>
        </w:tc>
        <w:tc>
          <w:tcPr>
            <w:tcW w:w="3119" w:type="dxa"/>
            <w:vAlign w:val="center"/>
          </w:tcPr>
          <w:p w14:paraId="76A678E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6B7A68F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3EAEE08" w14:textId="77777777" w:rsidTr="00913CC5">
        <w:trPr>
          <w:trHeight w:val="405"/>
          <w:jc w:val="center"/>
        </w:trPr>
        <w:tc>
          <w:tcPr>
            <w:tcW w:w="988" w:type="dxa"/>
            <w:vAlign w:val="center"/>
          </w:tcPr>
          <w:p w14:paraId="4FA7242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1.2.2/13</w:t>
            </w:r>
          </w:p>
        </w:tc>
        <w:tc>
          <w:tcPr>
            <w:tcW w:w="3543" w:type="dxa"/>
            <w:vAlign w:val="center"/>
          </w:tcPr>
          <w:p w14:paraId="5A24115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34BA108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611896F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6FDD8D0" w14:textId="77777777" w:rsidTr="00913CC5">
        <w:trPr>
          <w:trHeight w:val="831"/>
          <w:jc w:val="center"/>
        </w:trPr>
        <w:tc>
          <w:tcPr>
            <w:tcW w:w="988" w:type="dxa"/>
            <w:vAlign w:val="center"/>
          </w:tcPr>
          <w:p w14:paraId="06BA712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1.2.2/14</w:t>
            </w:r>
          </w:p>
        </w:tc>
        <w:tc>
          <w:tcPr>
            <w:tcW w:w="3543" w:type="dxa"/>
            <w:vAlign w:val="center"/>
          </w:tcPr>
          <w:p w14:paraId="399329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Tablo,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indeks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yordam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fonksiyon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izin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audit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5DAA038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5E5661A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8A33F22" w14:textId="77777777" w:rsidTr="00913CC5">
        <w:trPr>
          <w:trHeight w:val="383"/>
          <w:jc w:val="center"/>
        </w:trPr>
        <w:tc>
          <w:tcPr>
            <w:tcW w:w="988" w:type="dxa"/>
            <w:vAlign w:val="center"/>
          </w:tcPr>
          <w:p w14:paraId="0373989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1.2.2/15</w:t>
            </w:r>
          </w:p>
        </w:tc>
        <w:tc>
          <w:tcPr>
            <w:tcW w:w="3543" w:type="dxa"/>
            <w:vAlign w:val="center"/>
          </w:tcPr>
          <w:p w14:paraId="04B21B4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ETL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araçları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ambarı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3FCDF3C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  <w:vAlign w:val="center"/>
          </w:tcPr>
          <w:p w14:paraId="5B0EB3F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0EB1CB" w14:textId="282EBAD0" w:rsidR="00E671B9" w:rsidRDefault="00E671B9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3C17FF3" w14:textId="77777777" w:rsidR="00E671B9" w:rsidRDefault="00E671B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11044DD" w14:textId="77777777" w:rsidR="009F2C81" w:rsidRPr="00334F34" w:rsidRDefault="009F2C81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9C7B7E6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89"/>
        <w:gridCol w:w="3542"/>
        <w:gridCol w:w="2972"/>
        <w:gridCol w:w="3099"/>
      </w:tblGrid>
      <w:tr w:rsidR="00520646" w:rsidRPr="00334F34" w14:paraId="15B605D1" w14:textId="77777777" w:rsidTr="00913CC5">
        <w:trPr>
          <w:trHeight w:val="670"/>
          <w:jc w:val="center"/>
        </w:trPr>
        <w:tc>
          <w:tcPr>
            <w:tcW w:w="989" w:type="dxa"/>
            <w:shd w:val="clear" w:color="auto" w:fill="B4C6E7"/>
            <w:vAlign w:val="center"/>
          </w:tcPr>
          <w:p w14:paraId="3DE6D5C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542" w:type="dxa"/>
            <w:shd w:val="clear" w:color="auto" w:fill="B4C6E7"/>
            <w:vAlign w:val="center"/>
          </w:tcPr>
          <w:p w14:paraId="5BA3603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2835" w:type="dxa"/>
            <w:shd w:val="clear" w:color="auto" w:fill="B4C6E7"/>
            <w:vAlign w:val="center"/>
          </w:tcPr>
          <w:p w14:paraId="25AE4D8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99" w:type="dxa"/>
            <w:shd w:val="clear" w:color="auto" w:fill="B4C6E7"/>
            <w:vAlign w:val="center"/>
          </w:tcPr>
          <w:p w14:paraId="2AE04A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617CC0F2" w14:textId="77777777" w:rsidTr="00913CC5">
        <w:trPr>
          <w:trHeight w:val="470"/>
          <w:jc w:val="center"/>
        </w:trPr>
        <w:tc>
          <w:tcPr>
            <w:tcW w:w="989" w:type="dxa"/>
            <w:vAlign w:val="center"/>
          </w:tcPr>
          <w:p w14:paraId="0309E17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1.2.2/T1</w:t>
            </w:r>
          </w:p>
        </w:tc>
        <w:tc>
          <w:tcPr>
            <w:tcW w:w="3542" w:type="dxa"/>
            <w:vAlign w:val="center"/>
          </w:tcPr>
          <w:p w14:paraId="2D1C6BF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OCP – Oracle Database.</w:t>
            </w:r>
          </w:p>
        </w:tc>
        <w:tc>
          <w:tcPr>
            <w:tcW w:w="2835" w:type="dxa"/>
            <w:vAlign w:val="center"/>
          </w:tcPr>
          <w:p w14:paraId="3666269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9" w:type="dxa"/>
            <w:vAlign w:val="center"/>
          </w:tcPr>
          <w:p w14:paraId="07E258A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2879C21" w14:textId="77777777" w:rsidTr="00913CC5">
        <w:trPr>
          <w:trHeight w:val="940"/>
          <w:jc w:val="center"/>
        </w:trPr>
        <w:tc>
          <w:tcPr>
            <w:tcW w:w="989" w:type="dxa"/>
            <w:vAlign w:val="center"/>
          </w:tcPr>
          <w:p w14:paraId="0A02ED6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1.2.2/T2</w:t>
            </w:r>
          </w:p>
        </w:tc>
        <w:tc>
          <w:tcPr>
            <w:tcW w:w="3542" w:type="dxa"/>
            <w:vAlign w:val="center"/>
          </w:tcPr>
          <w:p w14:paraId="2D5ACBC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Azure Database Administrator Associate/Data Engineer Associate.</w:t>
            </w:r>
          </w:p>
        </w:tc>
        <w:tc>
          <w:tcPr>
            <w:tcW w:w="2835" w:type="dxa"/>
            <w:vAlign w:val="center"/>
          </w:tcPr>
          <w:p w14:paraId="0F47999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9" w:type="dxa"/>
            <w:vAlign w:val="center"/>
          </w:tcPr>
          <w:p w14:paraId="48DAD2B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4E016C1" w14:textId="77777777" w:rsidTr="00913CC5">
        <w:trPr>
          <w:trHeight w:val="470"/>
          <w:jc w:val="center"/>
        </w:trPr>
        <w:tc>
          <w:tcPr>
            <w:tcW w:w="989" w:type="dxa"/>
            <w:vAlign w:val="center"/>
          </w:tcPr>
          <w:p w14:paraId="777D605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1.2.2/T3</w:t>
            </w:r>
          </w:p>
        </w:tc>
        <w:tc>
          <w:tcPr>
            <w:tcW w:w="3542" w:type="dxa"/>
            <w:vAlign w:val="center"/>
          </w:tcPr>
          <w:p w14:paraId="1FE71A2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PostgreSQL Certified Professional.</w:t>
            </w:r>
          </w:p>
        </w:tc>
        <w:tc>
          <w:tcPr>
            <w:tcW w:w="2835" w:type="dxa"/>
            <w:vAlign w:val="center"/>
          </w:tcPr>
          <w:p w14:paraId="7FE3AE9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9" w:type="dxa"/>
            <w:vAlign w:val="center"/>
          </w:tcPr>
          <w:p w14:paraId="5CAF032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F6780E8" w14:textId="77777777" w:rsidTr="00913CC5">
        <w:trPr>
          <w:trHeight w:val="470"/>
          <w:jc w:val="center"/>
        </w:trPr>
        <w:tc>
          <w:tcPr>
            <w:tcW w:w="989" w:type="dxa"/>
            <w:vAlign w:val="center"/>
          </w:tcPr>
          <w:p w14:paraId="03D5E2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1.2.2/T4</w:t>
            </w:r>
          </w:p>
        </w:tc>
        <w:tc>
          <w:tcPr>
            <w:tcW w:w="3542" w:type="dxa"/>
            <w:vAlign w:val="center"/>
          </w:tcPr>
          <w:p w14:paraId="3F7143C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Cloudera CCA/CCP.</w:t>
            </w:r>
          </w:p>
        </w:tc>
        <w:tc>
          <w:tcPr>
            <w:tcW w:w="2835" w:type="dxa"/>
            <w:vAlign w:val="center"/>
          </w:tcPr>
          <w:p w14:paraId="7741CA2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9" w:type="dxa"/>
            <w:vAlign w:val="center"/>
          </w:tcPr>
          <w:p w14:paraId="31F6635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AC45CD0" w14:textId="77777777" w:rsidTr="00913CC5">
        <w:trPr>
          <w:trHeight w:val="470"/>
          <w:jc w:val="center"/>
        </w:trPr>
        <w:tc>
          <w:tcPr>
            <w:tcW w:w="989" w:type="dxa"/>
            <w:vAlign w:val="center"/>
          </w:tcPr>
          <w:p w14:paraId="60C8FEC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1.2.2/T5</w:t>
            </w:r>
          </w:p>
        </w:tc>
        <w:tc>
          <w:tcPr>
            <w:tcW w:w="3542" w:type="dxa"/>
            <w:vAlign w:val="center"/>
          </w:tcPr>
          <w:p w14:paraId="19E3D2F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MongoDB Certified DBA/Developer.</w:t>
            </w:r>
          </w:p>
        </w:tc>
        <w:tc>
          <w:tcPr>
            <w:tcW w:w="2835" w:type="dxa"/>
            <w:vAlign w:val="center"/>
          </w:tcPr>
          <w:p w14:paraId="54222FE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9" w:type="dxa"/>
            <w:vAlign w:val="center"/>
          </w:tcPr>
          <w:p w14:paraId="3E9515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2968B5" w14:textId="77777777" w:rsidR="009F2C81" w:rsidRPr="00334F34" w:rsidRDefault="009F2C81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6E59318" w14:textId="77777777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C.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5135BC" w:rsidRPr="00334F34" w14:paraId="5F5A2636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8BDFD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D4438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EB96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AF727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51E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ve Sorumluluk Özeti</w:t>
            </w:r>
          </w:p>
        </w:tc>
      </w:tr>
      <w:tr w:rsidR="007160D1" w:rsidRPr="00334F34" w14:paraId="632EB4ED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E514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ED43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E847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A377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E480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70CC4E49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06B2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B9D3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A15A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E165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C884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6F0E965B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0081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2A94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682E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5C38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89F6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5436BD2E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B22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05B8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457A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26C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32E8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37A393DE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A712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3489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1AD3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ED30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30C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73735B7D" w14:textId="77777777" w:rsidR="007B4442" w:rsidRDefault="007B4442" w:rsidP="00513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50BE8061" w14:textId="050D89FD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D.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5135BC" w:rsidRPr="00334F34" w14:paraId="39786469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FE33A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D07AF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C6F5B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8EB65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B6CC4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7160D1" w:rsidRPr="00334F34" w14:paraId="776AE118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DA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30EE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0561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623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655A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6C319AF5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DEF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1562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0E0C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93BE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880A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602A9D9F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2071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7CBE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823A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D8E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6DCA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160D1" w:rsidRPr="00334F34" w14:paraId="46D9131A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3876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DA57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FC6B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7347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65E6" w14:textId="77777777" w:rsidR="007160D1" w:rsidRPr="00334F34" w:rsidRDefault="007160D1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F01E8" w:rsidRPr="00334F34" w14:paraId="5FB672B6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3B7F" w14:textId="77777777" w:rsidR="004F01E8" w:rsidRPr="00334F34" w:rsidRDefault="004F01E8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5399" w14:textId="77777777" w:rsidR="004F01E8" w:rsidRPr="00334F34" w:rsidRDefault="004F01E8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3F7" w14:textId="77777777" w:rsidR="004F01E8" w:rsidRPr="00334F34" w:rsidRDefault="004F01E8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2D56" w14:textId="77777777" w:rsidR="004F01E8" w:rsidRPr="00334F34" w:rsidRDefault="004F01E8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1794" w14:textId="77777777" w:rsidR="004F01E8" w:rsidRPr="00334F34" w:rsidRDefault="004F01E8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89C5610" w14:textId="77777777" w:rsidR="004F01E8" w:rsidRDefault="004F01E8" w:rsidP="00513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54517B03" w14:textId="755BAA2C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E. ADAY BEYANI</w:t>
      </w:r>
    </w:p>
    <w:p w14:paraId="54E91720" w14:textId="77777777" w:rsidR="005135BC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Yukarıda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vermiş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doğru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uygun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olduğunu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ettiğim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deneyimleri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istenildiğinde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belgeleyebileceğimi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aykırı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bulunduğumun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tespiti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halinde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başvuru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sınav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sonucuna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ilişkin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haklarımın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ilgili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mevzuat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hükümleri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çerçevesinde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değerlendirileceğini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kabul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ederim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.</w:t>
      </w:r>
    </w:p>
    <w:p w14:paraId="0D291C31" w14:textId="77777777" w:rsidR="00E53EDA" w:rsidRPr="00334F34" w:rsidRDefault="00E53EDA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5135BC" w:rsidRPr="00334F34" w14:paraId="5AB82106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B370C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D0D9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35BC" w:rsidRPr="00334F34" w14:paraId="2C98371C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7B752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/ İmza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0C451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66870549" w14:textId="77777777" w:rsidR="005135BC" w:rsidRPr="00334F34" w:rsidRDefault="005135BC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4E2B2BC" w14:textId="77777777" w:rsidR="009F2C81" w:rsidRPr="00334F34" w:rsidRDefault="009F2C81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0AF68F" w14:textId="4E251FBA" w:rsidR="00453730" w:rsidRPr="00334F34" w:rsidRDefault="00453730" w:rsidP="008F1A98">
      <w:pPr>
        <w:rPr>
          <w:rFonts w:ascii="Times New Roman" w:hAnsi="Times New Roman" w:cs="Times New Roman"/>
          <w:b/>
          <w:sz w:val="20"/>
          <w:szCs w:val="20"/>
        </w:rPr>
      </w:pPr>
    </w:p>
    <w:sectPr w:rsidR="00453730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C038C" w14:textId="77777777" w:rsidR="00281713" w:rsidRDefault="00281713">
      <w:pPr>
        <w:spacing w:after="0" w:line="240" w:lineRule="auto"/>
      </w:pPr>
      <w:r>
        <w:separator/>
      </w:r>
    </w:p>
  </w:endnote>
  <w:endnote w:type="continuationSeparator" w:id="0">
    <w:p w14:paraId="57181FB0" w14:textId="77777777" w:rsidR="00281713" w:rsidRDefault="00281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AACC9" w14:textId="77777777" w:rsidR="00281713" w:rsidRDefault="00281713">
      <w:pPr>
        <w:spacing w:after="0" w:line="240" w:lineRule="auto"/>
      </w:pPr>
      <w:r>
        <w:separator/>
      </w:r>
    </w:p>
  </w:footnote>
  <w:footnote w:type="continuationSeparator" w:id="0">
    <w:p w14:paraId="1E9A6F34" w14:textId="77777777" w:rsidR="00281713" w:rsidRDefault="00281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0AF"/>
    <w:rsid w:val="000E19FC"/>
    <w:rsid w:val="00131E7D"/>
    <w:rsid w:val="0015074B"/>
    <w:rsid w:val="001B56BE"/>
    <w:rsid w:val="001D694D"/>
    <w:rsid w:val="002171FE"/>
    <w:rsid w:val="00281713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A6248"/>
    <w:rsid w:val="005A70E5"/>
    <w:rsid w:val="005E74D5"/>
    <w:rsid w:val="006A15D2"/>
    <w:rsid w:val="006C7543"/>
    <w:rsid w:val="006D132D"/>
    <w:rsid w:val="006F1A2D"/>
    <w:rsid w:val="0070469F"/>
    <w:rsid w:val="007160D1"/>
    <w:rsid w:val="00734F6C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1A98"/>
    <w:rsid w:val="008F4CA7"/>
    <w:rsid w:val="00913CC5"/>
    <w:rsid w:val="00983634"/>
    <w:rsid w:val="009A053C"/>
    <w:rsid w:val="009A5F1C"/>
    <w:rsid w:val="009B178D"/>
    <w:rsid w:val="009C4BE6"/>
    <w:rsid w:val="009F2C81"/>
    <w:rsid w:val="009F7F94"/>
    <w:rsid w:val="00A21F74"/>
    <w:rsid w:val="00AA1D8D"/>
    <w:rsid w:val="00AD7D5E"/>
    <w:rsid w:val="00B47730"/>
    <w:rsid w:val="00BB13AF"/>
    <w:rsid w:val="00BC5E1C"/>
    <w:rsid w:val="00C15E9A"/>
    <w:rsid w:val="00C56E0D"/>
    <w:rsid w:val="00CA315A"/>
    <w:rsid w:val="00CB0664"/>
    <w:rsid w:val="00D1269E"/>
    <w:rsid w:val="00D60FF7"/>
    <w:rsid w:val="00D949BF"/>
    <w:rsid w:val="00E53EDA"/>
    <w:rsid w:val="00E671B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4</cp:revision>
  <dcterms:created xsi:type="dcterms:W3CDTF">2026-10-16T09:39:00Z</dcterms:created>
  <dcterms:modified xsi:type="dcterms:W3CDTF">2026-10-16T09:46:00Z</dcterms:modified>
  <cp:category/>
</cp:coreProperties>
</file>