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7EAD7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 xml:space="preserve">EK-1 —TEKNİK ÖZGEÇMİŞ VE </w:t>
      </w:r>
      <w:r w:rsidR="002F1170">
        <w:rPr>
          <w:rFonts w:ascii="Times New Roman" w:hAnsi="Times New Roman" w:cs="Times New Roman"/>
          <w:b/>
          <w:sz w:val="20"/>
          <w:szCs w:val="20"/>
        </w:rPr>
        <w:t>DEĞERLENDİRME</w:t>
      </w:r>
      <w:r w:rsidRPr="00334F34">
        <w:rPr>
          <w:rFonts w:ascii="Times New Roman" w:hAnsi="Times New Roman" w:cs="Times New Roman"/>
          <w:b/>
          <w:sz w:val="20"/>
          <w:szCs w:val="20"/>
        </w:rPr>
        <w:t xml:space="preserve"> FORMU</w:t>
      </w:r>
    </w:p>
    <w:p w14:paraId="3B89057C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Yazılım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Mimarı</w:t>
      </w:r>
      <w:proofErr w:type="spellEnd"/>
      <w:r w:rsidR="008A458C" w:rsidRPr="00334F34">
        <w:rPr>
          <w:rFonts w:ascii="Times New Roman" w:hAnsi="Times New Roman" w:cs="Times New Roman"/>
          <w:b/>
          <w:sz w:val="20"/>
          <w:szCs w:val="20"/>
        </w:rPr>
        <w:t xml:space="preserve"> (4 Kat)</w:t>
      </w:r>
    </w:p>
    <w:p w14:paraId="12A4358D" w14:textId="77777777" w:rsidR="009F2C81" w:rsidRPr="00334F34" w:rsidRDefault="009F2C81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97"/>
        <w:gridCol w:w="2698"/>
        <w:gridCol w:w="2698"/>
        <w:gridCol w:w="2697"/>
      </w:tblGrid>
      <w:tr w:rsidR="00876055" w:rsidRPr="00334F34" w14:paraId="467FBD11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40A70AFC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2700" w:type="dxa"/>
            <w:vAlign w:val="center"/>
          </w:tcPr>
          <w:p w14:paraId="635D3831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0A41970E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T.C.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Kimlik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2700" w:type="dxa"/>
            <w:vAlign w:val="center"/>
          </w:tcPr>
          <w:p w14:paraId="114CB31B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7CBFFD17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2D85201A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Başvurulan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Pozisyon</w:t>
            </w:r>
            <w:proofErr w:type="spellEnd"/>
          </w:p>
        </w:tc>
        <w:tc>
          <w:tcPr>
            <w:tcW w:w="2700" w:type="dxa"/>
            <w:vAlign w:val="center"/>
          </w:tcPr>
          <w:p w14:paraId="672D40A3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Yazılım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Mimarı</w:t>
            </w:r>
            <w:proofErr w:type="spellEnd"/>
          </w:p>
        </w:tc>
        <w:tc>
          <w:tcPr>
            <w:tcW w:w="2700" w:type="dxa"/>
            <w:shd w:val="clear" w:color="auto" w:fill="D9E1F2"/>
            <w:vAlign w:val="center"/>
          </w:tcPr>
          <w:p w14:paraId="4E159A16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700" w:type="dxa"/>
            <w:vAlign w:val="center"/>
          </w:tcPr>
          <w:p w14:paraId="2DC514E9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19CE3052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6C5D6260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Telefon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E-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posta</w:t>
            </w:r>
            <w:proofErr w:type="spellEnd"/>
          </w:p>
        </w:tc>
        <w:tc>
          <w:tcPr>
            <w:tcW w:w="2700" w:type="dxa"/>
            <w:vAlign w:val="center"/>
          </w:tcPr>
          <w:p w14:paraId="5593E300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25786705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  <w:proofErr w:type="spellEnd"/>
          </w:p>
        </w:tc>
        <w:tc>
          <w:tcPr>
            <w:tcW w:w="2700" w:type="dxa"/>
            <w:vAlign w:val="center"/>
          </w:tcPr>
          <w:p w14:paraId="1714F380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2083D2" w14:textId="3A535672" w:rsidR="00876055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Aday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, her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maddeyi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cevaplamalıdır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İlgili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husus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bulunmuyorsa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“YOK”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yazılacaktır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Mesleki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tecrübe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şartı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ayrıca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başvuru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belgeleri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belgelendirilecektir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0AD5537" w14:textId="77777777" w:rsidR="00AD7D5E" w:rsidRPr="00334F34" w:rsidRDefault="00AD7D5E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86DD472" w14:textId="77777777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>A. ZORUNLU ŞARTLAR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119"/>
        <w:gridCol w:w="3795"/>
        <w:gridCol w:w="2972"/>
        <w:gridCol w:w="2904"/>
      </w:tblGrid>
      <w:tr w:rsidR="00520646" w:rsidRPr="00334F34" w14:paraId="234B9327" w14:textId="77777777" w:rsidTr="00F76CFB">
        <w:trPr>
          <w:trHeight w:val="684"/>
          <w:jc w:val="center"/>
        </w:trPr>
        <w:tc>
          <w:tcPr>
            <w:tcW w:w="1129" w:type="dxa"/>
            <w:shd w:val="clear" w:color="auto" w:fill="B4C6E7"/>
            <w:vAlign w:val="center"/>
          </w:tcPr>
          <w:p w14:paraId="287C0C5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854" w:type="dxa"/>
            <w:shd w:val="clear" w:color="auto" w:fill="B4C6E7"/>
            <w:vAlign w:val="center"/>
          </w:tcPr>
          <w:p w14:paraId="39F2CB1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2529" w:type="dxa"/>
            <w:shd w:val="clear" w:color="auto" w:fill="B4C6E7"/>
            <w:vAlign w:val="center"/>
          </w:tcPr>
          <w:p w14:paraId="2EA08B94" w14:textId="03D784ED" w:rsidR="00520646" w:rsidRPr="00334F34" w:rsidRDefault="00520646" w:rsidP="00F76C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61" w:type="dxa"/>
            <w:shd w:val="clear" w:color="auto" w:fill="B4C6E7"/>
            <w:vAlign w:val="center"/>
          </w:tcPr>
          <w:p w14:paraId="601782C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1D5EC44E" w14:textId="77777777" w:rsidTr="00F76CFB">
        <w:trPr>
          <w:trHeight w:val="1381"/>
          <w:jc w:val="center"/>
        </w:trPr>
        <w:tc>
          <w:tcPr>
            <w:tcW w:w="1129" w:type="dxa"/>
            <w:vAlign w:val="center"/>
          </w:tcPr>
          <w:p w14:paraId="2558FA4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1.2.1/1</w:t>
            </w:r>
          </w:p>
        </w:tc>
        <w:tc>
          <w:tcPr>
            <w:tcW w:w="3854" w:type="dxa"/>
            <w:vAlign w:val="center"/>
          </w:tcPr>
          <w:p w14:paraId="6186B3E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Kurumsal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yazılım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mimarisi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uygulama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altyapılarında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mimari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tasarım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entegrasyon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devreye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alma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sürdürülebilirlik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alanlarında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8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deneyim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belgelendirme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07B14E6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381A53C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2A80BE7" w14:textId="77777777" w:rsidTr="00F76CFB">
        <w:trPr>
          <w:trHeight w:val="1153"/>
          <w:jc w:val="center"/>
        </w:trPr>
        <w:tc>
          <w:tcPr>
            <w:tcW w:w="1129" w:type="dxa"/>
            <w:vAlign w:val="center"/>
          </w:tcPr>
          <w:p w14:paraId="579DA05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1.2.1/2</w:t>
            </w:r>
          </w:p>
        </w:tc>
        <w:tc>
          <w:tcPr>
            <w:tcW w:w="3854" w:type="dxa"/>
            <w:vAlign w:val="center"/>
          </w:tcPr>
          <w:p w14:paraId="551D897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Büyük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ölçekli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kurumsal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bilgi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sistemlerinin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analizini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yapmış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yazılım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mimarisini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tasarlamış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üretime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alınmasını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yönetmiş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olmak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693076B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034769C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B37D59A" w14:textId="77777777" w:rsidTr="00F76CFB">
        <w:trPr>
          <w:trHeight w:val="913"/>
          <w:jc w:val="center"/>
        </w:trPr>
        <w:tc>
          <w:tcPr>
            <w:tcW w:w="1129" w:type="dxa"/>
            <w:vAlign w:val="center"/>
          </w:tcPr>
          <w:p w14:paraId="33DD842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1.2.1/3</w:t>
            </w:r>
          </w:p>
        </w:tc>
        <w:tc>
          <w:tcPr>
            <w:tcW w:w="3854" w:type="dxa"/>
            <w:vAlign w:val="center"/>
          </w:tcPr>
          <w:p w14:paraId="54244B2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Angular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frontend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.NET/.NET Core, C#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backend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kullanarak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uçtan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uca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geliştirme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0F63CF5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0317057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5BACD79" w14:textId="77777777" w:rsidTr="00F76CFB">
        <w:trPr>
          <w:trHeight w:val="456"/>
          <w:jc w:val="center"/>
        </w:trPr>
        <w:tc>
          <w:tcPr>
            <w:tcW w:w="1129" w:type="dxa"/>
            <w:vAlign w:val="center"/>
          </w:tcPr>
          <w:p w14:paraId="180A39A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1.2.1/5</w:t>
            </w:r>
          </w:p>
        </w:tc>
        <w:tc>
          <w:tcPr>
            <w:tcW w:w="3854" w:type="dxa"/>
            <w:vAlign w:val="center"/>
          </w:tcPr>
          <w:p w14:paraId="5B52AB2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Single Page Application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0D7D288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1588745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9947DEF" w14:textId="77777777" w:rsidTr="00F76CFB">
        <w:trPr>
          <w:trHeight w:val="696"/>
          <w:jc w:val="center"/>
        </w:trPr>
        <w:tc>
          <w:tcPr>
            <w:tcW w:w="1129" w:type="dxa"/>
            <w:vAlign w:val="center"/>
          </w:tcPr>
          <w:p w14:paraId="6A695E5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1.2.1/6</w:t>
            </w:r>
          </w:p>
        </w:tc>
        <w:tc>
          <w:tcPr>
            <w:tcW w:w="3854" w:type="dxa"/>
            <w:vAlign w:val="center"/>
          </w:tcPr>
          <w:p w14:paraId="67542E9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.NET/.NET Core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C#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çok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katmanlı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kurumsal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geliştirme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üretime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alma.</w:t>
            </w:r>
          </w:p>
        </w:tc>
        <w:tc>
          <w:tcPr>
            <w:tcW w:w="2529" w:type="dxa"/>
            <w:vAlign w:val="center"/>
          </w:tcPr>
          <w:p w14:paraId="238BC5D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4431E6C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748CDA8" w14:textId="77777777" w:rsidTr="00F76CFB">
        <w:trPr>
          <w:trHeight w:val="684"/>
          <w:jc w:val="center"/>
        </w:trPr>
        <w:tc>
          <w:tcPr>
            <w:tcW w:w="1129" w:type="dxa"/>
            <w:vAlign w:val="center"/>
          </w:tcPr>
          <w:p w14:paraId="40B001D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1.2.1/7</w:t>
            </w:r>
          </w:p>
        </w:tc>
        <w:tc>
          <w:tcPr>
            <w:tcW w:w="3854" w:type="dxa"/>
            <w:vAlign w:val="center"/>
          </w:tcPr>
          <w:p w14:paraId="3B43113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Angular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benzeri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modern frontend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kurumsal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web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uygulaması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geliştirme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16F80D6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4525DDA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B5F8F7C" w14:textId="77777777" w:rsidTr="00F76CFB">
        <w:trPr>
          <w:trHeight w:val="684"/>
          <w:jc w:val="center"/>
        </w:trPr>
        <w:tc>
          <w:tcPr>
            <w:tcW w:w="1129" w:type="dxa"/>
            <w:vAlign w:val="center"/>
          </w:tcPr>
          <w:p w14:paraId="4F066F1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1.2.1/8</w:t>
            </w:r>
          </w:p>
        </w:tc>
        <w:tc>
          <w:tcPr>
            <w:tcW w:w="3854" w:type="dxa"/>
            <w:vAlign w:val="center"/>
          </w:tcPr>
          <w:p w14:paraId="44E07CA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REST API, SOAP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benzeri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entegrasyon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servislerinin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tasarımı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geliştirilmesi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entegrasyonu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731AEE7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6B3AC58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8703369" w14:textId="77777777" w:rsidTr="00F76CFB">
        <w:trPr>
          <w:trHeight w:val="696"/>
          <w:jc w:val="center"/>
        </w:trPr>
        <w:tc>
          <w:tcPr>
            <w:tcW w:w="1129" w:type="dxa"/>
            <w:vAlign w:val="center"/>
          </w:tcPr>
          <w:p w14:paraId="1C10724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1.2.1/9</w:t>
            </w:r>
          </w:p>
        </w:tc>
        <w:tc>
          <w:tcPr>
            <w:tcW w:w="3854" w:type="dxa"/>
            <w:vAlign w:val="center"/>
          </w:tcPr>
          <w:p w14:paraId="3DFD96F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İlişkisel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tabanı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/PostgreSQL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kurumsal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uygulama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modeli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449554E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2FE6ED3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0C6A4A8" w14:textId="77777777" w:rsidTr="00F76CFB">
        <w:trPr>
          <w:trHeight w:val="456"/>
          <w:jc w:val="center"/>
        </w:trPr>
        <w:tc>
          <w:tcPr>
            <w:tcW w:w="1129" w:type="dxa"/>
            <w:vAlign w:val="center"/>
          </w:tcPr>
          <w:p w14:paraId="5370EF0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1.2.1/10</w:t>
            </w:r>
          </w:p>
        </w:tc>
        <w:tc>
          <w:tcPr>
            <w:tcW w:w="3854" w:type="dxa"/>
            <w:vAlign w:val="center"/>
          </w:tcPr>
          <w:p w14:paraId="2E8FB07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ORM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erişim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katmanı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5972CBC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23FFA03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B71EF50" w14:textId="77777777" w:rsidTr="00F76CFB">
        <w:trPr>
          <w:trHeight w:val="456"/>
          <w:jc w:val="center"/>
        </w:trPr>
        <w:tc>
          <w:tcPr>
            <w:tcW w:w="1129" w:type="dxa"/>
            <w:vAlign w:val="center"/>
          </w:tcPr>
          <w:p w14:paraId="5FA77E2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1.2.1/11</w:t>
            </w:r>
          </w:p>
        </w:tc>
        <w:tc>
          <w:tcPr>
            <w:tcW w:w="3854" w:type="dxa"/>
            <w:vAlign w:val="center"/>
          </w:tcPr>
          <w:p w14:paraId="37A0403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Docker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benzeri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konteyner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teknolojileri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19CC684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51CA488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1739ECE" w14:textId="77777777" w:rsidTr="00F76CFB">
        <w:trPr>
          <w:trHeight w:val="456"/>
          <w:jc w:val="center"/>
        </w:trPr>
        <w:tc>
          <w:tcPr>
            <w:tcW w:w="1129" w:type="dxa"/>
            <w:vAlign w:val="center"/>
          </w:tcPr>
          <w:p w14:paraId="2CF6945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1.2.1/12</w:t>
            </w:r>
          </w:p>
        </w:tc>
        <w:tc>
          <w:tcPr>
            <w:tcW w:w="3854" w:type="dxa"/>
            <w:vAlign w:val="center"/>
          </w:tcPr>
          <w:p w14:paraId="0AA4F9D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Git/GitHub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benzeri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sürüm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kontrolü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76115DB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1345CAB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7462141" w14:textId="77777777" w:rsidTr="00F76CFB">
        <w:trPr>
          <w:trHeight w:val="456"/>
          <w:jc w:val="center"/>
        </w:trPr>
        <w:tc>
          <w:tcPr>
            <w:tcW w:w="1129" w:type="dxa"/>
            <w:vAlign w:val="center"/>
          </w:tcPr>
          <w:p w14:paraId="5BA0237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1.2.1/13</w:t>
            </w:r>
          </w:p>
        </w:tc>
        <w:tc>
          <w:tcPr>
            <w:tcW w:w="3854" w:type="dxa"/>
            <w:vAlign w:val="center"/>
          </w:tcPr>
          <w:p w14:paraId="297D9C3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Mikroservis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dağıtık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sistemler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yüksek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erişilebilirlik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52DFD4B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6FF009F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2BE5DD1" w14:textId="77777777" w:rsidTr="00F76CFB">
        <w:trPr>
          <w:trHeight w:val="228"/>
          <w:jc w:val="center"/>
        </w:trPr>
        <w:tc>
          <w:tcPr>
            <w:tcW w:w="1129" w:type="dxa"/>
            <w:vAlign w:val="center"/>
          </w:tcPr>
          <w:p w14:paraId="487680E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1.2.1/14</w:t>
            </w:r>
          </w:p>
        </w:tc>
        <w:tc>
          <w:tcPr>
            <w:tcW w:w="3854" w:type="dxa"/>
            <w:vAlign w:val="center"/>
          </w:tcPr>
          <w:p w14:paraId="053BB99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CQRS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tasarım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deseni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5F4ACA7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5346FCF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F1E7C50" w14:textId="77777777" w:rsidTr="00F76CFB">
        <w:trPr>
          <w:trHeight w:val="468"/>
          <w:jc w:val="center"/>
        </w:trPr>
        <w:tc>
          <w:tcPr>
            <w:tcW w:w="1129" w:type="dxa"/>
            <w:vAlign w:val="center"/>
          </w:tcPr>
          <w:p w14:paraId="2C21DF4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1.2.1/15</w:t>
            </w:r>
          </w:p>
        </w:tc>
        <w:tc>
          <w:tcPr>
            <w:tcW w:w="3854" w:type="dxa"/>
            <w:vAlign w:val="center"/>
          </w:tcPr>
          <w:p w14:paraId="2A7ED9F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Mimari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oluşturma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code review,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teknik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tasarım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teknik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liderlik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5F7DB82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750E393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56FE5E6" w14:textId="77777777" w:rsidTr="00F76CFB">
        <w:trPr>
          <w:trHeight w:val="456"/>
          <w:jc w:val="center"/>
        </w:trPr>
        <w:tc>
          <w:tcPr>
            <w:tcW w:w="1129" w:type="dxa"/>
            <w:vAlign w:val="center"/>
          </w:tcPr>
          <w:p w14:paraId="6F93C30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1.2.1/16</w:t>
            </w:r>
          </w:p>
        </w:tc>
        <w:tc>
          <w:tcPr>
            <w:tcW w:w="3854" w:type="dxa"/>
            <w:vAlign w:val="center"/>
          </w:tcPr>
          <w:p w14:paraId="12AEE08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Unit Test, Integration Test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otomatik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test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süreçleri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59E973C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6C0BDBC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A7D4F45" w14:textId="77777777" w:rsidTr="00F76CFB">
        <w:trPr>
          <w:trHeight w:val="456"/>
          <w:jc w:val="center"/>
        </w:trPr>
        <w:tc>
          <w:tcPr>
            <w:tcW w:w="1129" w:type="dxa"/>
            <w:vAlign w:val="center"/>
          </w:tcPr>
          <w:p w14:paraId="60D3966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1.2.1/17</w:t>
            </w:r>
          </w:p>
        </w:tc>
        <w:tc>
          <w:tcPr>
            <w:tcW w:w="3854" w:type="dxa"/>
            <w:vAlign w:val="center"/>
          </w:tcPr>
          <w:p w14:paraId="303DABF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Secure SDLC, OWASP Top 10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uygulama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güvenliği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48FBAFB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7A91297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A4B1CAD" w14:textId="77777777" w:rsidTr="00F76CFB">
        <w:trPr>
          <w:trHeight w:val="456"/>
          <w:jc w:val="center"/>
        </w:trPr>
        <w:tc>
          <w:tcPr>
            <w:tcW w:w="1129" w:type="dxa"/>
            <w:vAlign w:val="center"/>
          </w:tcPr>
          <w:p w14:paraId="2456C32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1.2.1/18</w:t>
            </w:r>
          </w:p>
        </w:tc>
        <w:tc>
          <w:tcPr>
            <w:tcW w:w="3854" w:type="dxa"/>
            <w:vAlign w:val="center"/>
          </w:tcPr>
          <w:p w14:paraId="2F89E57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Performans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izleme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loglama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hata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altyapıları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583503C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04E0068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918BC71" w14:textId="77777777" w:rsidTr="00F76CFB">
        <w:trPr>
          <w:trHeight w:val="456"/>
          <w:jc w:val="center"/>
        </w:trPr>
        <w:tc>
          <w:tcPr>
            <w:tcW w:w="1129" w:type="dxa"/>
            <w:vAlign w:val="center"/>
          </w:tcPr>
          <w:p w14:paraId="7E97C66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1.2.1/19</w:t>
            </w:r>
          </w:p>
        </w:tc>
        <w:tc>
          <w:tcPr>
            <w:tcW w:w="3854" w:type="dxa"/>
            <w:vAlign w:val="center"/>
          </w:tcPr>
          <w:p w14:paraId="1FA3480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CI/CD, DevOps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otomasyon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araçları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560F93C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2EA4311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20248C2" w14:textId="77777777" w:rsidTr="00F76CFB">
        <w:trPr>
          <w:trHeight w:val="913"/>
          <w:jc w:val="center"/>
        </w:trPr>
        <w:tc>
          <w:tcPr>
            <w:tcW w:w="1129" w:type="dxa"/>
            <w:vAlign w:val="center"/>
          </w:tcPr>
          <w:p w14:paraId="3501F78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1.2.1/20</w:t>
            </w:r>
          </w:p>
        </w:tc>
        <w:tc>
          <w:tcPr>
            <w:tcW w:w="3854" w:type="dxa"/>
            <w:vAlign w:val="center"/>
          </w:tcPr>
          <w:p w14:paraId="2781733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OAuth2, OpenID Connect, JWT vb.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kimlik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doğrulama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yetkilendirme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entegrasyonu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2C2D22C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5A9AF49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A47FFEF" w14:textId="77777777" w:rsidTr="00F76CFB">
        <w:trPr>
          <w:trHeight w:val="696"/>
          <w:jc w:val="center"/>
        </w:trPr>
        <w:tc>
          <w:tcPr>
            <w:tcW w:w="1129" w:type="dxa"/>
            <w:vAlign w:val="center"/>
          </w:tcPr>
          <w:p w14:paraId="1CAE15F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1.2.1/21</w:t>
            </w:r>
          </w:p>
        </w:tc>
        <w:tc>
          <w:tcPr>
            <w:tcW w:w="3854" w:type="dxa"/>
            <w:vAlign w:val="center"/>
          </w:tcPr>
          <w:p w14:paraId="5D8D764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Kamu,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enerji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kritik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altyapılarda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bilgi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16FE671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38C4CDA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1F4FF41" w14:textId="77777777" w:rsidTr="00F76CFB">
        <w:trPr>
          <w:trHeight w:val="456"/>
          <w:jc w:val="center"/>
        </w:trPr>
        <w:tc>
          <w:tcPr>
            <w:tcW w:w="1129" w:type="dxa"/>
            <w:vAlign w:val="center"/>
          </w:tcPr>
          <w:p w14:paraId="1732578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1.2.1/22</w:t>
            </w:r>
          </w:p>
        </w:tc>
        <w:tc>
          <w:tcPr>
            <w:tcW w:w="3854" w:type="dxa"/>
            <w:vAlign w:val="center"/>
          </w:tcPr>
          <w:p w14:paraId="0155B35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Teknik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lider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ekip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sorumlusu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proje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teknik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yöneticisi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4FCEA2E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454CEAB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3BBD1AA" w14:textId="77777777" w:rsidTr="00F76CFB">
        <w:trPr>
          <w:trHeight w:val="684"/>
          <w:jc w:val="center"/>
        </w:trPr>
        <w:tc>
          <w:tcPr>
            <w:tcW w:w="1129" w:type="dxa"/>
            <w:vAlign w:val="center"/>
          </w:tcPr>
          <w:p w14:paraId="7EF11B8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1.2.1/23</w:t>
            </w:r>
          </w:p>
        </w:tc>
        <w:tc>
          <w:tcPr>
            <w:tcW w:w="3854" w:type="dxa"/>
            <w:vAlign w:val="center"/>
          </w:tcPr>
          <w:p w14:paraId="02B91B3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Teknik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analiz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mimari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dokümantasyon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yazılım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standartları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1256413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F7C0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7714C0E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D70315F" w14:textId="77777777" w:rsidTr="00F76CFB">
        <w:trPr>
          <w:trHeight w:val="684"/>
          <w:jc w:val="center"/>
        </w:trPr>
        <w:tc>
          <w:tcPr>
            <w:tcW w:w="1129" w:type="dxa"/>
            <w:vAlign w:val="center"/>
          </w:tcPr>
          <w:p w14:paraId="27671CC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1.2.1/24</w:t>
            </w:r>
          </w:p>
        </w:tc>
        <w:tc>
          <w:tcPr>
            <w:tcW w:w="3854" w:type="dxa"/>
            <w:vAlign w:val="center"/>
          </w:tcPr>
          <w:p w14:paraId="39C7FD1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Teknik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dokümantasyon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analiz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ekip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yönlendirme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iletişim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becerisi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29" w:type="dxa"/>
            <w:vAlign w:val="center"/>
          </w:tcPr>
          <w:p w14:paraId="4844824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074645A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22DD5C" w14:textId="77777777" w:rsidR="009F2C81" w:rsidRPr="00334F34" w:rsidRDefault="009F2C81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892CFB7" w14:textId="77777777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>B. TERCİHEN ARANAN NİTELİKLER</w:t>
      </w:r>
    </w:p>
    <w:tbl>
      <w:tblPr>
        <w:tblStyle w:val="TabloKlavuzu"/>
        <w:tblW w:w="10826" w:type="dxa"/>
        <w:jc w:val="center"/>
        <w:tblLook w:val="04A0" w:firstRow="1" w:lastRow="0" w:firstColumn="1" w:lastColumn="0" w:noHBand="0" w:noVBand="1"/>
      </w:tblPr>
      <w:tblGrid>
        <w:gridCol w:w="1137"/>
        <w:gridCol w:w="3575"/>
        <w:gridCol w:w="2972"/>
        <w:gridCol w:w="3142"/>
      </w:tblGrid>
      <w:tr w:rsidR="00520646" w:rsidRPr="00334F34" w14:paraId="5B11E033" w14:textId="77777777" w:rsidTr="00913CC5">
        <w:trPr>
          <w:trHeight w:val="705"/>
          <w:jc w:val="center"/>
        </w:trPr>
        <w:tc>
          <w:tcPr>
            <w:tcW w:w="1138" w:type="dxa"/>
            <w:shd w:val="clear" w:color="auto" w:fill="B4C6E7"/>
            <w:vAlign w:val="center"/>
          </w:tcPr>
          <w:p w14:paraId="5337694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575" w:type="dxa"/>
            <w:shd w:val="clear" w:color="auto" w:fill="B4C6E7"/>
            <w:vAlign w:val="center"/>
          </w:tcPr>
          <w:p w14:paraId="0FCEEC2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2964" w:type="dxa"/>
            <w:shd w:val="clear" w:color="auto" w:fill="B4C6E7"/>
            <w:vAlign w:val="center"/>
          </w:tcPr>
          <w:p w14:paraId="1045D3A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149" w:type="dxa"/>
            <w:shd w:val="clear" w:color="auto" w:fill="B4C6E7"/>
            <w:vAlign w:val="center"/>
          </w:tcPr>
          <w:p w14:paraId="5B3A4FAD" w14:textId="042CB935" w:rsidR="00520646" w:rsidRPr="00334F34" w:rsidRDefault="00520646" w:rsidP="00913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31F21702" w14:textId="77777777" w:rsidTr="00913CC5">
        <w:trPr>
          <w:trHeight w:val="417"/>
          <w:jc w:val="center"/>
        </w:trPr>
        <w:tc>
          <w:tcPr>
            <w:tcW w:w="1138" w:type="dxa"/>
            <w:vAlign w:val="center"/>
          </w:tcPr>
          <w:p w14:paraId="57D2E19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1.2.1/T1</w:t>
            </w:r>
          </w:p>
        </w:tc>
        <w:tc>
          <w:tcPr>
            <w:tcW w:w="3575" w:type="dxa"/>
            <w:vAlign w:val="center"/>
          </w:tcPr>
          <w:p w14:paraId="5025284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Kubernetes/OpenShift.</w:t>
            </w:r>
          </w:p>
        </w:tc>
        <w:tc>
          <w:tcPr>
            <w:tcW w:w="2964" w:type="dxa"/>
            <w:vAlign w:val="center"/>
          </w:tcPr>
          <w:p w14:paraId="3C8653F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vAlign w:val="center"/>
          </w:tcPr>
          <w:p w14:paraId="08507C2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0B04D5D" w14:textId="77777777" w:rsidTr="00913CC5">
        <w:trPr>
          <w:trHeight w:val="855"/>
          <w:jc w:val="center"/>
        </w:trPr>
        <w:tc>
          <w:tcPr>
            <w:tcW w:w="1138" w:type="dxa"/>
            <w:vAlign w:val="center"/>
          </w:tcPr>
          <w:p w14:paraId="2F69661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1.2.1/T2</w:t>
            </w:r>
          </w:p>
        </w:tc>
        <w:tc>
          <w:tcPr>
            <w:tcW w:w="3575" w:type="dxa"/>
            <w:vAlign w:val="center"/>
          </w:tcPr>
          <w:p w14:paraId="797D78C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Redis, Elasticsearch, RabbitMQ, Kafka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entegrasyonu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4" w:type="dxa"/>
            <w:vAlign w:val="center"/>
          </w:tcPr>
          <w:p w14:paraId="5D9086D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vAlign w:val="center"/>
          </w:tcPr>
          <w:p w14:paraId="0C92112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5741FAD" w14:textId="77777777" w:rsidTr="00913CC5">
        <w:trPr>
          <w:trHeight w:val="417"/>
          <w:jc w:val="center"/>
        </w:trPr>
        <w:tc>
          <w:tcPr>
            <w:tcW w:w="1138" w:type="dxa"/>
            <w:vAlign w:val="center"/>
          </w:tcPr>
          <w:p w14:paraId="7694A71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1.2.1/T3</w:t>
            </w:r>
          </w:p>
        </w:tc>
        <w:tc>
          <w:tcPr>
            <w:tcW w:w="3575" w:type="dxa"/>
            <w:vAlign w:val="center"/>
          </w:tcPr>
          <w:p w14:paraId="3FDC554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Linux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üzerinde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Docker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uygulamaları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4" w:type="dxa"/>
            <w:vAlign w:val="center"/>
          </w:tcPr>
          <w:p w14:paraId="02BFAEB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vAlign w:val="center"/>
          </w:tcPr>
          <w:p w14:paraId="0E9DEE2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09DBCEF" w14:textId="77777777" w:rsidTr="00913CC5">
        <w:trPr>
          <w:trHeight w:val="834"/>
          <w:jc w:val="center"/>
        </w:trPr>
        <w:tc>
          <w:tcPr>
            <w:tcW w:w="1138" w:type="dxa"/>
            <w:vAlign w:val="center"/>
          </w:tcPr>
          <w:p w14:paraId="52EFE0D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1.2.1/T4</w:t>
            </w:r>
          </w:p>
        </w:tc>
        <w:tc>
          <w:tcPr>
            <w:tcW w:w="3575" w:type="dxa"/>
            <w:vAlign w:val="center"/>
          </w:tcPr>
          <w:p w14:paraId="5791DD1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Yapay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zekâ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büyük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kurumsal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entegrasyon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projeleri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4" w:type="dxa"/>
            <w:vAlign w:val="center"/>
          </w:tcPr>
          <w:p w14:paraId="11DBA9A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vAlign w:val="center"/>
          </w:tcPr>
          <w:p w14:paraId="33082D8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1869F87" w14:textId="77777777" w:rsidTr="00913CC5">
        <w:trPr>
          <w:trHeight w:val="834"/>
          <w:jc w:val="center"/>
        </w:trPr>
        <w:tc>
          <w:tcPr>
            <w:tcW w:w="1138" w:type="dxa"/>
            <w:vAlign w:val="center"/>
          </w:tcPr>
          <w:p w14:paraId="0E65E64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1.2.1/T5</w:t>
            </w:r>
          </w:p>
        </w:tc>
        <w:tc>
          <w:tcPr>
            <w:tcW w:w="3575" w:type="dxa"/>
            <w:vAlign w:val="center"/>
          </w:tcPr>
          <w:p w14:paraId="763F25C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AI/LLM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entegrasyonları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kurumsal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bilgi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4" w:type="dxa"/>
            <w:vAlign w:val="center"/>
          </w:tcPr>
          <w:p w14:paraId="6F98244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vAlign w:val="center"/>
          </w:tcPr>
          <w:p w14:paraId="3AB540A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E8D9FF6" w14:textId="77777777" w:rsidTr="00913CC5">
        <w:trPr>
          <w:trHeight w:val="834"/>
          <w:jc w:val="center"/>
        </w:trPr>
        <w:tc>
          <w:tcPr>
            <w:tcW w:w="1138" w:type="dxa"/>
            <w:vAlign w:val="center"/>
          </w:tcPr>
          <w:p w14:paraId="34A2E75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1.2.1/T6</w:t>
            </w:r>
          </w:p>
        </w:tc>
        <w:tc>
          <w:tcPr>
            <w:tcW w:w="3575" w:type="dxa"/>
            <w:vAlign w:val="center"/>
          </w:tcPr>
          <w:p w14:paraId="6890F02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Kamu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kurumlarında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kritik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bilgi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4" w:type="dxa"/>
            <w:vAlign w:val="center"/>
          </w:tcPr>
          <w:p w14:paraId="1B591CC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vAlign w:val="center"/>
          </w:tcPr>
          <w:p w14:paraId="44B28CC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343E635" w14:textId="77777777" w:rsidTr="00913CC5">
        <w:trPr>
          <w:trHeight w:val="1251"/>
          <w:jc w:val="center"/>
        </w:trPr>
        <w:tc>
          <w:tcPr>
            <w:tcW w:w="1138" w:type="dxa"/>
            <w:vAlign w:val="center"/>
          </w:tcPr>
          <w:p w14:paraId="6A3E5D2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1.2.1/T7</w:t>
            </w:r>
          </w:p>
        </w:tc>
        <w:tc>
          <w:tcPr>
            <w:tcW w:w="3575" w:type="dxa"/>
            <w:vAlign w:val="center"/>
          </w:tcPr>
          <w:p w14:paraId="7587C71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Elektronik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sınav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ölçme-değerlendirme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yetkilendirme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düzenleyici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sistemler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4" w:type="dxa"/>
            <w:vAlign w:val="center"/>
          </w:tcPr>
          <w:p w14:paraId="74EE23E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vAlign w:val="center"/>
          </w:tcPr>
          <w:p w14:paraId="6EE4780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EC87FFD" w14:textId="77777777" w:rsidTr="00913CC5">
        <w:trPr>
          <w:trHeight w:val="417"/>
          <w:jc w:val="center"/>
        </w:trPr>
        <w:tc>
          <w:tcPr>
            <w:tcW w:w="1138" w:type="dxa"/>
            <w:vAlign w:val="center"/>
          </w:tcPr>
          <w:p w14:paraId="6EE3657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1.2.1/T8</w:t>
            </w:r>
          </w:p>
        </w:tc>
        <w:tc>
          <w:tcPr>
            <w:tcW w:w="3575" w:type="dxa"/>
            <w:vAlign w:val="center"/>
          </w:tcPr>
          <w:p w14:paraId="24B80A0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imza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online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ödeme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4" w:type="dxa"/>
            <w:vAlign w:val="center"/>
          </w:tcPr>
          <w:p w14:paraId="436678C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vAlign w:val="center"/>
          </w:tcPr>
          <w:p w14:paraId="4D334A6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855120D" w14:textId="77777777" w:rsidTr="00913CC5">
        <w:trPr>
          <w:trHeight w:val="855"/>
          <w:jc w:val="center"/>
        </w:trPr>
        <w:tc>
          <w:tcPr>
            <w:tcW w:w="1138" w:type="dxa"/>
            <w:vAlign w:val="center"/>
          </w:tcPr>
          <w:p w14:paraId="7CE2EC7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1.2.1/T9</w:t>
            </w:r>
          </w:p>
        </w:tc>
        <w:tc>
          <w:tcPr>
            <w:tcW w:w="3575" w:type="dxa"/>
            <w:vAlign w:val="center"/>
          </w:tcPr>
          <w:p w14:paraId="28959B9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Devlet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, KPS, MERSİS, KEP, e-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Yazışma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DYS vb.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entegrasyonlar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4" w:type="dxa"/>
            <w:vAlign w:val="center"/>
          </w:tcPr>
          <w:p w14:paraId="0E7EE97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vAlign w:val="center"/>
          </w:tcPr>
          <w:p w14:paraId="35CF4C8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FF92A29" w14:textId="77777777" w:rsidTr="00913CC5">
        <w:trPr>
          <w:trHeight w:val="834"/>
          <w:jc w:val="center"/>
        </w:trPr>
        <w:tc>
          <w:tcPr>
            <w:tcW w:w="1138" w:type="dxa"/>
            <w:vAlign w:val="center"/>
          </w:tcPr>
          <w:p w14:paraId="32A24B7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1.2.1/T10</w:t>
            </w:r>
          </w:p>
        </w:tc>
        <w:tc>
          <w:tcPr>
            <w:tcW w:w="3575" w:type="dxa"/>
            <w:vAlign w:val="center"/>
          </w:tcPr>
          <w:p w14:paraId="1736372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Kritik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uygulamalarda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yüksek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erişilebilirlik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sürekliliği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mimarisi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4" w:type="dxa"/>
            <w:vAlign w:val="center"/>
          </w:tcPr>
          <w:p w14:paraId="15ED9C1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vAlign w:val="center"/>
          </w:tcPr>
          <w:p w14:paraId="578B0E6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E9DDA94" w14:textId="77777777" w:rsidTr="00913CC5">
        <w:trPr>
          <w:trHeight w:val="417"/>
          <w:jc w:val="center"/>
        </w:trPr>
        <w:tc>
          <w:tcPr>
            <w:tcW w:w="1138" w:type="dxa"/>
            <w:vAlign w:val="center"/>
          </w:tcPr>
          <w:p w14:paraId="14D3657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1.2.1/T11</w:t>
            </w:r>
          </w:p>
        </w:tc>
        <w:tc>
          <w:tcPr>
            <w:tcW w:w="3575" w:type="dxa"/>
            <w:vAlign w:val="center"/>
          </w:tcPr>
          <w:p w14:paraId="0CE7BEA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Büyük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karar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destek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64" w:type="dxa"/>
            <w:vAlign w:val="center"/>
          </w:tcPr>
          <w:p w14:paraId="318ABAC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9" w:type="dxa"/>
            <w:vAlign w:val="center"/>
          </w:tcPr>
          <w:p w14:paraId="322C4C8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8D72932" w14:textId="77777777" w:rsidR="005135BC" w:rsidRPr="00334F34" w:rsidRDefault="005135BC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2950AFE" w14:textId="77777777" w:rsidR="00F76CFB" w:rsidRDefault="00F76CFB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br w:type="page"/>
      </w:r>
    </w:p>
    <w:p w14:paraId="61543D4D" w14:textId="21F36C78" w:rsidR="005135BC" w:rsidRPr="00334F34" w:rsidRDefault="005135BC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34F34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lastRenderedPageBreak/>
        <w:t>C. MESLEKİ DENEYİM ÖZETİ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5135BC" w:rsidRPr="00334F34" w14:paraId="0BC21E2B" w14:textId="77777777" w:rsidTr="00527DCA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0A084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Kurum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İşveren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AD739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Unvan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F7581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Başlangıç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BC0DC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Bitiş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2A073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Görev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ve Sorumluluk Özeti</w:t>
            </w:r>
          </w:p>
        </w:tc>
      </w:tr>
      <w:tr w:rsidR="006A15D2" w:rsidRPr="00334F34" w14:paraId="4577A164" w14:textId="77777777" w:rsidTr="00527DCA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BFFD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039C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4213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BAE7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0E41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A15D2" w:rsidRPr="00334F34" w14:paraId="5CCBD779" w14:textId="77777777" w:rsidTr="00527DCA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CDB3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18FA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1D90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08FD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8610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A15D2" w:rsidRPr="00334F34" w14:paraId="753E16B8" w14:textId="77777777" w:rsidTr="00527DCA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021B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B0CF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B75D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2D2D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C846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A15D2" w:rsidRPr="00334F34" w14:paraId="1D733E5C" w14:textId="77777777" w:rsidTr="00527DCA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3434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AE7E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FE7F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4F76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4F7D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A15D2" w:rsidRPr="00334F34" w14:paraId="3D5B56B8" w14:textId="77777777" w:rsidTr="00527DCA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77FC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01F9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7803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DAA9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81DB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A15D2" w:rsidRPr="00334F34" w14:paraId="05E1847B" w14:textId="77777777" w:rsidTr="00527DCA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6FCD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E83B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1AB1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CA6B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6E12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5135BC" w:rsidRPr="00334F34" w14:paraId="6411B454" w14:textId="77777777" w:rsidTr="006A15D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088D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D427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A838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5433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D28F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135BC" w:rsidRPr="00334F34" w14:paraId="124E6C2E" w14:textId="77777777" w:rsidTr="006A15D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E870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D613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5206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6FB8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2C0E2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135BC" w:rsidRPr="00334F34" w14:paraId="176BB689" w14:textId="77777777" w:rsidTr="006A15D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DE86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B543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AB7A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1C86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F2CF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135BC" w:rsidRPr="00334F34" w14:paraId="31DE6413" w14:textId="77777777" w:rsidTr="006A15D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5640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9CBC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96B5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A9B8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DD60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3BB1E938" w14:textId="77777777" w:rsidR="00E53EDA" w:rsidRDefault="00E53EDA" w:rsidP="00513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14:paraId="334CEBA7" w14:textId="77777777" w:rsidR="005135BC" w:rsidRPr="00334F34" w:rsidRDefault="005135BC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34F34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D. SERTİFİKA / BELGE BİLGİLERİ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5135BC" w:rsidRPr="00334F34" w14:paraId="64C5A32E" w14:textId="77777777" w:rsidTr="006A15D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92522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Sertifika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25D6B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Kuruluş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Üretici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6CA6E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No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0C1D7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Tarih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Geçerlilik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933D1" w14:textId="5D49153E" w:rsidR="005135BC" w:rsidRPr="00334F34" w:rsidRDefault="005135BC" w:rsidP="006A15D2">
            <w:pPr>
              <w:tabs>
                <w:tab w:val="right" w:pos="18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Açıklama</w:t>
            </w:r>
            <w:proofErr w:type="spellEnd"/>
            <w:r w:rsidR="006A15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ab/>
            </w:r>
          </w:p>
        </w:tc>
      </w:tr>
      <w:tr w:rsidR="006A15D2" w:rsidRPr="00334F34" w14:paraId="17A4187B" w14:textId="77777777" w:rsidTr="006A15D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0944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5B61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84BC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FABC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E15A" w14:textId="77777777" w:rsidR="006A15D2" w:rsidRPr="00334F34" w:rsidRDefault="006A15D2" w:rsidP="006A15D2">
            <w:pPr>
              <w:tabs>
                <w:tab w:val="right" w:pos="18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A15D2" w:rsidRPr="00334F34" w14:paraId="3FA666CA" w14:textId="77777777" w:rsidTr="006A15D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CDC0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0063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B44C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BBBF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7D0F" w14:textId="77777777" w:rsidR="006A15D2" w:rsidRPr="00334F34" w:rsidRDefault="006A15D2" w:rsidP="006A15D2">
            <w:pPr>
              <w:tabs>
                <w:tab w:val="right" w:pos="18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A15D2" w:rsidRPr="00334F34" w14:paraId="54748FCA" w14:textId="77777777" w:rsidTr="006A15D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8A4E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BC37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306C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59AE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4144" w14:textId="77777777" w:rsidR="006A15D2" w:rsidRPr="00334F34" w:rsidRDefault="006A15D2" w:rsidP="006A15D2">
            <w:pPr>
              <w:tabs>
                <w:tab w:val="right" w:pos="18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A15D2" w:rsidRPr="00334F34" w14:paraId="05947D1B" w14:textId="77777777" w:rsidTr="006A15D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AA93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8E7D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1704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EAD7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13A6" w14:textId="77777777" w:rsidR="006A15D2" w:rsidRPr="00334F34" w:rsidRDefault="006A15D2" w:rsidP="006A15D2">
            <w:pPr>
              <w:tabs>
                <w:tab w:val="right" w:pos="18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A15D2" w:rsidRPr="00334F34" w14:paraId="78A19931" w14:textId="77777777" w:rsidTr="006A15D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A793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6E93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AB68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A2DA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5884" w14:textId="77777777" w:rsidR="006A15D2" w:rsidRPr="00334F34" w:rsidRDefault="006A15D2" w:rsidP="006A15D2">
            <w:pPr>
              <w:tabs>
                <w:tab w:val="right" w:pos="18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A15D2" w:rsidRPr="00334F34" w14:paraId="444D217C" w14:textId="77777777" w:rsidTr="006A15D2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48DD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EB5F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9859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49F9" w14:textId="77777777" w:rsidR="006A15D2" w:rsidRPr="00334F34" w:rsidRDefault="006A15D2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1C5C7" w14:textId="77777777" w:rsidR="006A15D2" w:rsidRPr="00334F34" w:rsidRDefault="006A15D2" w:rsidP="006A15D2">
            <w:pPr>
              <w:tabs>
                <w:tab w:val="right" w:pos="18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55FB633E" w14:textId="77777777" w:rsidR="006A15D2" w:rsidRDefault="006A15D2" w:rsidP="00513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14:paraId="4079CF53" w14:textId="74615B60" w:rsidR="005135BC" w:rsidRPr="00334F34" w:rsidRDefault="005135BC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334F34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E. ADAY BEYANI</w:t>
      </w:r>
    </w:p>
    <w:p w14:paraId="1C137D85" w14:textId="77777777" w:rsidR="005135BC" w:rsidRDefault="005135BC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Yukarıda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vermiş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olduğum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bilgilerin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doğru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gerçeğe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uygun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olduğunu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;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beyan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ettiğim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bilgi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deneyimleri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istenildiğinde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belgeleyebileceğimi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;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gerçeğe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aykırı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beyanda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bulunduğumun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tespiti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halinde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başvuru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sınav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sonucuna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ilişkin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haklarımın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ilgili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mevzuat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ilan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hükümleri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çerçevesinde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değerlendirileceğini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kabul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beyan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ederim</w:t>
      </w:r>
      <w:proofErr w:type="spellEnd"/>
      <w:r w:rsidRPr="00334F34">
        <w:rPr>
          <w:rFonts w:ascii="Times New Roman" w:eastAsia="Times New Roman" w:hAnsi="Times New Roman" w:cs="Times New Roman"/>
          <w:sz w:val="20"/>
          <w:szCs w:val="20"/>
          <w:lang w:eastAsia="tr-TR"/>
        </w:rPr>
        <w:t>.</w:t>
      </w:r>
    </w:p>
    <w:p w14:paraId="32C30D0B" w14:textId="77777777" w:rsidR="00E53EDA" w:rsidRPr="00334F34" w:rsidRDefault="00E53EDA" w:rsidP="005135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5135BC" w:rsidRPr="00334F34" w14:paraId="00AD6FBA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81B89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Adayın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Adı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Soyadı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54DFC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135BC" w:rsidRPr="00334F34" w14:paraId="68D5E668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3E85F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Tarih</w:t>
            </w:r>
            <w:proofErr w:type="spellEnd"/>
            <w:r w:rsidRPr="00334F3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/ İmza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64805" w14:textId="77777777" w:rsidR="005135BC" w:rsidRPr="00334F34" w:rsidRDefault="005135BC" w:rsidP="00527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70F50C3B" w14:textId="77777777" w:rsidR="005135BC" w:rsidRPr="00334F34" w:rsidRDefault="005135BC" w:rsidP="00513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</w:p>
    <w:p w14:paraId="03E31538" w14:textId="797A5ACA" w:rsidR="009F2C81" w:rsidRPr="00334F34" w:rsidRDefault="009F2C81" w:rsidP="00513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F2C81" w:rsidRPr="00334F34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69756" w14:textId="77777777" w:rsidR="005F3405" w:rsidRDefault="005F3405">
      <w:pPr>
        <w:spacing w:after="0" w:line="240" w:lineRule="auto"/>
      </w:pPr>
      <w:r>
        <w:separator/>
      </w:r>
    </w:p>
  </w:endnote>
  <w:endnote w:type="continuationSeparator" w:id="0">
    <w:p w14:paraId="3DFAFB67" w14:textId="77777777" w:rsidR="005F3405" w:rsidRDefault="005F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0F41B" w14:textId="77777777" w:rsidR="00983634" w:rsidRDefault="00983634">
    <w:pPr>
      <w:pStyle w:val="AltBilgi"/>
      <w:jc w:val="center"/>
    </w:pPr>
    <w:r>
      <w:rPr>
        <w:sz w:val="14"/>
      </w:rPr>
      <w:t xml:space="preserve">NDK – Teknik </w:t>
    </w:r>
    <w:proofErr w:type="spellStart"/>
    <w:r>
      <w:rPr>
        <w:sz w:val="14"/>
      </w:rPr>
      <w:t>Özgeçmiş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ve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Belgelendirme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Formları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57775" w14:textId="77777777" w:rsidR="005F3405" w:rsidRDefault="005F3405">
      <w:pPr>
        <w:spacing w:after="0" w:line="240" w:lineRule="auto"/>
      </w:pPr>
      <w:r>
        <w:separator/>
      </w:r>
    </w:p>
  </w:footnote>
  <w:footnote w:type="continuationSeparator" w:id="0">
    <w:p w14:paraId="66A2F1DD" w14:textId="77777777" w:rsidR="005F3405" w:rsidRDefault="005F3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5317690">
    <w:abstractNumId w:val="8"/>
  </w:num>
  <w:num w:numId="2" w16cid:durableId="1439906377">
    <w:abstractNumId w:val="6"/>
  </w:num>
  <w:num w:numId="3" w16cid:durableId="849880053">
    <w:abstractNumId w:val="5"/>
  </w:num>
  <w:num w:numId="4" w16cid:durableId="1284117178">
    <w:abstractNumId w:val="4"/>
  </w:num>
  <w:num w:numId="5" w16cid:durableId="1985155726">
    <w:abstractNumId w:val="7"/>
  </w:num>
  <w:num w:numId="6" w16cid:durableId="1562516272">
    <w:abstractNumId w:val="3"/>
  </w:num>
  <w:num w:numId="7" w16cid:durableId="1577520035">
    <w:abstractNumId w:val="2"/>
  </w:num>
  <w:num w:numId="8" w16cid:durableId="1419058227">
    <w:abstractNumId w:val="1"/>
  </w:num>
  <w:num w:numId="9" w16cid:durableId="196649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D92"/>
    <w:rsid w:val="000A20AF"/>
    <w:rsid w:val="000E19FC"/>
    <w:rsid w:val="00131E7D"/>
    <w:rsid w:val="0015074B"/>
    <w:rsid w:val="001B56BE"/>
    <w:rsid w:val="001D694D"/>
    <w:rsid w:val="002171FE"/>
    <w:rsid w:val="0029639D"/>
    <w:rsid w:val="002F1170"/>
    <w:rsid w:val="00326F90"/>
    <w:rsid w:val="00334F34"/>
    <w:rsid w:val="003454C9"/>
    <w:rsid w:val="003B454C"/>
    <w:rsid w:val="003D6570"/>
    <w:rsid w:val="00404E6F"/>
    <w:rsid w:val="00407970"/>
    <w:rsid w:val="00453730"/>
    <w:rsid w:val="00483DD1"/>
    <w:rsid w:val="004F01E8"/>
    <w:rsid w:val="005135BC"/>
    <w:rsid w:val="00520646"/>
    <w:rsid w:val="005A6248"/>
    <w:rsid w:val="005A70E5"/>
    <w:rsid w:val="005E74D5"/>
    <w:rsid w:val="005F3405"/>
    <w:rsid w:val="006A15D2"/>
    <w:rsid w:val="006C7543"/>
    <w:rsid w:val="006D132D"/>
    <w:rsid w:val="006F1A2D"/>
    <w:rsid w:val="0070469F"/>
    <w:rsid w:val="007160D1"/>
    <w:rsid w:val="00734F6C"/>
    <w:rsid w:val="007B4442"/>
    <w:rsid w:val="00816701"/>
    <w:rsid w:val="00842F44"/>
    <w:rsid w:val="0085390F"/>
    <w:rsid w:val="00876055"/>
    <w:rsid w:val="0089078D"/>
    <w:rsid w:val="008A2879"/>
    <w:rsid w:val="008A458C"/>
    <w:rsid w:val="008E5FDF"/>
    <w:rsid w:val="008F4CA7"/>
    <w:rsid w:val="00913CC5"/>
    <w:rsid w:val="009204C8"/>
    <w:rsid w:val="00983634"/>
    <w:rsid w:val="009A5F1C"/>
    <w:rsid w:val="009B178D"/>
    <w:rsid w:val="009C4BE6"/>
    <w:rsid w:val="009F2C81"/>
    <w:rsid w:val="009F7F94"/>
    <w:rsid w:val="00A21F74"/>
    <w:rsid w:val="00AA1D8D"/>
    <w:rsid w:val="00AD7D5E"/>
    <w:rsid w:val="00B47730"/>
    <w:rsid w:val="00BC5E1C"/>
    <w:rsid w:val="00C15E9A"/>
    <w:rsid w:val="00C56E0D"/>
    <w:rsid w:val="00CA315A"/>
    <w:rsid w:val="00CB0664"/>
    <w:rsid w:val="00D1269E"/>
    <w:rsid w:val="00D949BF"/>
    <w:rsid w:val="00E53EDA"/>
    <w:rsid w:val="00E671B9"/>
    <w:rsid w:val="00F544ED"/>
    <w:rsid w:val="00F76CFB"/>
    <w:rsid w:val="00FB3E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B7754"/>
  <w14:defaultImageDpi w14:val="300"/>
  <w15:docId w15:val="{552C57F2-D483-43B4-9C32-C3330116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5BC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4CAD33-60CD-415C-93C9-17723484D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568</Words>
  <Characters>3242</Characters>
  <Application>Microsoft Office Word</Application>
  <DocSecurity>0</DocSecurity>
  <Lines>27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Esin ÜNKARACALAR</cp:lastModifiedBy>
  <cp:revision>3</cp:revision>
  <dcterms:created xsi:type="dcterms:W3CDTF">2026-10-16T09:38:00Z</dcterms:created>
  <dcterms:modified xsi:type="dcterms:W3CDTF">2026-10-16T09:46:00Z</dcterms:modified>
  <cp:category/>
</cp:coreProperties>
</file>